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IMEJ DEPOSITO DENTAL S.L.L.</w:t>
      </w:r>
    </w:p>
    <w:p>
      <w:r>
        <w:t>NIF B74233255.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CCompras_Suministro, instalación y puesta en funcionamiento de equipos de radiología intraoral, lectores de placa de fósforo y equipos de rayos X panorámicos 2D (Ortopantomógrafos) para las unidades de salud bucodental del SESPA (lote 3) · exp. 2024000273</w:t>
            </w:r>
          </w:p>
        </w:tc>
        <w:tc>
          <w:tcPr>
            <w:tcW w:type="dxa" w:w="1440"/>
          </w:tcPr>
          <w:p>
            <w:r>
              <w:t>Servicio de Salud - Servicios Centrales · NIF Q8350064E</w:t>
            </w:r>
          </w:p>
        </w:tc>
        <w:tc>
          <w:tcPr>
            <w:tcW w:type="dxa" w:w="1440"/>
          </w:tcPr>
          <w:p>
            <w:r>
              <w:t>71.750,00 €</w:t>
            </w:r>
          </w:p>
        </w:tc>
        <w:tc>
          <w:tcPr>
            <w:tcW w:type="dxa" w:w="1440"/>
          </w:tcPr>
          <w:p>
            <w:r>
              <w:t>12/11/2024</w:t>
            </w:r>
          </w:p>
        </w:tc>
        <w:tc>
          <w:tcPr>
            <w:tcW w:type="dxa" w:w="1440"/>
          </w:tcPr>
          <w:p>
            <w:r>
              <w:t>12/12/2024 – 27/01/2025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71.750,00 €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Salud - Servicios Centrales (NIF Q8350064E)</w:t>
      </w:r>
    </w:p>
    <w:p>
      <w:r>
        <w:t xml:space="preserve">IMEJ DEPOSITO DENTAL S.L.L., con NIF B74233255, adjudicataria del contrato «CCompras_Suministro, instalación y puesta en funcionamiento de equipos de radiología intraoral, lectores de placa de fósforo y equipos de rayos X panorámicos 2D (Ortopantomógrafos) para las unidades de salud bucodental del SESPA», lote 3, expediente 2024000273, adjudicado el 12/11/2024 por 71.750,00 €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12/12/2024 a 27/01/2025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