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IDESE SISTEMAS DE GESTION ENERGETICA, S.L.</w:t>
      </w:r>
    </w:p>
    <w:p>
      <w:r>
        <w:t>NIF B71519482.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Actualización Del Sistema De Monitorización Y Control De Las Instalaciones Eléctricas De Baja Tensión. · exp. BIO-52/2026</w:t>
            </w:r>
          </w:p>
        </w:tc>
        <w:tc>
          <w:tcPr>
            <w:tcW w:type="dxa" w:w="1440"/>
          </w:tcPr>
          <w:p>
            <w:r>
              <w:t>Aena. Dirección del Aeropuerto de Bilbao · NIF A86212420</w:t>
            </w:r>
          </w:p>
        </w:tc>
        <w:tc>
          <w:tcPr>
            <w:tcW w:type="dxa" w:w="1440"/>
          </w:tcPr>
          <w:p>
            <w:r>
              <w:t>13.711,33 €</w:t>
            </w:r>
          </w:p>
        </w:tc>
        <w:tc>
          <w:tcPr>
            <w:tcW w:type="dxa" w:w="1440"/>
          </w:tcPr>
          <w:p>
            <w:r>
              <w:t>25/06/2026</w:t>
            </w:r>
          </w:p>
        </w:tc>
        <w:tc>
          <w:tcPr>
            <w:tcW w:type="dxa" w:w="1440"/>
          </w:tcPr>
          <w:p>
            <w:r>
              <w:t>25/06/2026 – 25/08/2026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Power Studio Scada Circutor.Adecuacion Sistema De Comunicaciones · exp. BIO-84/2025</w:t>
            </w:r>
          </w:p>
        </w:tc>
        <w:tc>
          <w:tcPr>
            <w:tcW w:type="dxa" w:w="1440"/>
          </w:tcPr>
          <w:p>
            <w:r>
              <w:t>Aena. Dirección del Aeropuerto de Bilbao · NIF A86212420</w:t>
            </w:r>
          </w:p>
        </w:tc>
        <w:tc>
          <w:tcPr>
            <w:tcW w:type="dxa" w:w="1440"/>
          </w:tcPr>
          <w:p>
            <w:r>
              <w:t>1.720,00 €</w:t>
            </w:r>
          </w:p>
        </w:tc>
        <w:tc>
          <w:tcPr>
            <w:tcW w:type="dxa" w:w="1440"/>
          </w:tcPr>
          <w:p>
            <w:r>
              <w:t>07/08/2025</w:t>
            </w:r>
          </w:p>
        </w:tc>
        <w:tc>
          <w:tcPr>
            <w:tcW w:type="dxa" w:w="1440"/>
          </w:tcPr>
          <w:p>
            <w:r>
              <w:t>07/08/2025 – 07/11/2025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15.431,33 €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Bilbao (NIF A86212420)</w:t>
      </w:r>
    </w:p>
    <w:p>
      <w:r>
        <w:t xml:space="preserve">IDESE SISTEMAS DE GESTION ENERGETICA, S.L., con NIF B71519482, adjudicataria del contrato «Actualización Del Sistema De Monitorización Y Control De Las Instalaciones Eléctricas De Baja Tensión.», expediente BIO-52/2026, adjudicado el 25/06/2026 por 13.711,33 €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25/06/2026 a 25/08/2026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Bilbao (NIF A86212420)</w:t>
      </w:r>
    </w:p>
    <w:p>
      <w:r>
        <w:t xml:space="preserve">IDESE SISTEMAS DE GESTION ENERGETICA, S.L., con NIF B71519482, adjudicataria del contrato «Power Studio Scada Circutor.Adecuacion Sistema De Comunicaciones», expediente BIO-84/2025, adjudicado el 07/08/2025 por 1.720,00 €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07/08/2025 a 07/11/2025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