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IDEA CREATIVIDAD Y COMUNICACIÓN, SL</w:t>
      </w:r>
    </w:p>
    <w:p>
      <w:r>
        <w:t>NIF B15398902.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SXM-2026-0011: Creatividad de la Campaña Galicia Industrial (lote 0) · exp. PcPG/2026/828279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42.108,00 €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05/06/2026 – 05/07/2026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SXM-2025-0011: Creatividad para la campaña de Nadal (lote 0) · exp. PcPG/2025/826893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37.461,60 €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02/12/2025 – 02/01/2026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2 campañas institucionales. Lote 1. Promoción de los recursos naturales de Galicia. Lote 2. Familias acogedoras (CB12 AM2/2023) (lote 1) · exp. PcPG/2025/825636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63.646,00 €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18/09/2025 – 18/10/2025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3 campañas institucionales: Lote 1-Programación cultural; Lote 2-Fomento del consumo de pescado; Lote 3-Red de por los de emprendimiento (CB10 AM2-2023) (lote 2) · exp. PcPG/2025/824688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62.799,00 €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13/05/2025 – 13/06/2025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creatividad y producción de la campaña de promoción de turismo de Galicia (expediente 2025/037). · exp. PcPG/2025/825173</w:t>
            </w:r>
          </w:p>
        </w:tc>
        <w:tc>
          <w:tcPr>
            <w:tcW w:type="dxa" w:w="1440"/>
          </w:tcPr>
          <w:p>
            <w:r>
              <w:t>Axencia Turismo de Galicia</w:t>
            </w:r>
          </w:p>
        </w:tc>
        <w:tc>
          <w:tcPr>
            <w:tcW w:type="dxa" w:w="1440"/>
          </w:tcPr>
          <w:p>
            <w:r>
              <w:t>185.735,00 €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18/08/2025 – 06/12/2025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el desarrollo de campañas institucionales sobre Fechas relevantes para la Comunidad Autónoma (CB9 AM2-2023) · exp. PcPG/2025/824687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109.505,00 €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03/04/2025 – 03/05/2025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marco, con una única empresa adjudicataria y sujeto a regulación armonizada, del servicio de elaboración, producción y plan de medios de las campañas de promoción de los ámbitos competenciales atribuidos a la Consellería de Empleo, Comercio y Emigración (expediente 2025_006_SXT) (lote 0) · exp. PcPG/2025/824724</w:t>
            </w:r>
          </w:p>
        </w:tc>
        <w:tc>
          <w:tcPr>
            <w:tcW w:type="dxa" w:w="1440"/>
          </w:tcPr>
          <w:p>
            <w:r>
              <w:t>Consellería de Emprego, Comercio e Emigración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28/07/2025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2 campañas institucionales: Lote 1-Promoción de la leche gallega; Lote 2-Pacto de Estado contra la violencia (CB7 AM 2/2023) (lote 1) · exp. PcPG/2024/823320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32.101,30 €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06/09/2024 – 06/10/2024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1  Contrato basado prórroga acuerdo marco del servicio de elaboración, producción y plan de medios de las campañas de promoción de los ámbitos competenciales atribuidos a la Consellería de Empleo · exp. PcPG/2024/823165</w:t>
            </w:r>
          </w:p>
        </w:tc>
        <w:tc>
          <w:tcPr>
            <w:tcW w:type="dxa" w:w="1440"/>
          </w:tcPr>
          <w:p>
            <w:r>
              <w:t>Consellería de Emprego, Comercio e Emigración</w:t>
            </w:r>
          </w:p>
        </w:tc>
        <w:tc>
          <w:tcPr>
            <w:tcW w:type="dxa" w:w="1440"/>
          </w:tcPr>
          <w:p>
            <w:r>
              <w:t>600.000,00 €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17/07/2024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 (lote 1) · exp. PcPG/2024/822061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45.314,50 €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15/05/2024 – 15/06/2024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 (lote 2) · exp. PcPG/2024/822061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46.645,50 €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15/05/2024 – 15/06/2024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 (lote 3) · exp. PcPG/2024/822061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48.581,50 €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15/05/2024 – 15/06/2024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 (lote 4) · exp. PcPG/2024/822061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66.138,60 €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15/05/2024 – 15/06/2024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los servicios de elaboración de las creatividades para las campañas de comunicación e institucionales de la Xunta de Galicia (AM 2/2023) · exp. PcPG/2023/819612</w:t>
            </w:r>
          </w:p>
        </w:tc>
        <w:tc>
          <w:tcPr>
            <w:tcW w:type="dxa" w:w="1440"/>
          </w:tcPr>
          <w:p>
            <w:r>
              <w:t>Secretaría Xeral de Medios (Presidencia da Xunta de Galicia)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10/08/2023 – 10/08/2024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1.340.036,00 € sin IVA, en 14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«SXM-2026-0011: Creatividad de la Campaña Galicia Industrial», lote 0, expediente PcPG/2026/828279, adjudicado el …… por 42.108,00 €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05/06/2026 a 05/07/2026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«SXM-2025-0011: Creatividad para la campaña de Nadal», lote 0, expediente PcPG/2025/826893, adjudicado el …… por 37.461,60 €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02/12/2025 a 02/01/2026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2 campañas institucionales. Lote 1. Promoción de los recursos naturales de Galicia. Lote 2. Familias acogedoras (CB12 AM2/2023)», lote 1, expediente PcPG/2025/825636, adjudicado el …… por 63.646,00 €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18/09/2025 a 18/10/2025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3 campañas institucionales: Lote 1-Programación cultural; Lote 2-Fomento del consumo de pescado; Lote 3-Red de por los de emprendimiento (CB10 AM2-2023)», lote 2, expediente PcPG/2025/824688, adjudicado el …… por 62.799,00 €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13/05/2025 a 13/06/2025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Axencia Turismo de Galicia</w:t>
      </w:r>
    </w:p>
    <w:p>
      <w:r>
        <w:t xml:space="preserve">IDEA CREATIVIDAD Y COMUNICACIÓN, SL, con NIF B15398902, adjudicataria del contrato «Servicio de creatividad y producción de la campaña de promoción de turismo de Galicia (expediente 2025/037).», expediente PcPG/2025/825173, adjudicado el …… por 185.735,00 €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06/12/2025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el desarrollo de campañas institucionales sobre Fechas relevantes para la Comunidad Autónoma (CB9 AM2-2023)», expediente PcPG/2025/824687, adjudicado el …… por 109.505,00 €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03/04/2025 a 03/05/2025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Emprego, Comercio e Emigración</w:t>
      </w:r>
    </w:p>
    <w:p>
      <w:r>
        <w:t xml:space="preserve">IDEA CREATIVIDAD Y COMUNICACIÓN, SL, con NIF B15398902, adjudicataria del contrato «Acuerdo marco, con una única empresa adjudicataria y sujeto a regulación armonizada, del servicio de elaboración, producción y plan de medios de las campañas de promoción de los ámbitos competenciales atribuidos a la Consellería de Empleo, Comercio y Emigración (expediente 2025_006_SXT)», lote 0, expediente PcPG/2025/824724,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28/07/2025 a 28/07/2027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2 campañas institucionales: Lote 1-Promoción de la leche gallega; Lote 2-Pacto de Estado contra la violencia (CB7 AM 2/2023)», lote 1, expediente PcPG/2024/823320, adjudicado el …… por 32.101,30 €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06/09/2024 a 06/10/2024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de Emprego, Comercio e Emigración</w:t>
      </w:r>
    </w:p>
    <w:p>
      <w:r>
        <w:t xml:space="preserve">IDEA CREATIVIDAD Y COMUNICACIÓN, SL, con NIF B15398902, adjudicataria del contrato «1  Contrato basado prórroga acuerdo marco del servicio de elaboración, producción y plan de medios de las campañas de promoción de los ámbitos competenciales atribuidos a la Consellería de Empleo», expediente PcPG/2024/823165, adjudicado el …… por 600.000,00 €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17/07/2024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AM2-2023)», lote 1, expediente PcPG/2024/822061, adjudicado el …… por 45.314,50 €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15/05/2024 a 15/06/2024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AM2-2023)», lote 2, expediente PcPG/2024/822061, adjudicado el …… por 46.645,50 €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15/05/2024 a 15/06/2024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AM2-2023)», lote 3, expediente PcPG/2024/822061, adjudicado el …… por 48.581,50 €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15/05/2024 a 15/06/2024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«Creatividades para 4 campañas institucionales: Lote 1.Concienciación en materia de Seguridad viaria; Lote 2. Promoción de la Denominación de Origen Protegido Miel de Galicia; Lote 3. Promoción de los productos etiquetados bajo la marca Artesanía Alimentaria de Galicia; Lote 4.Promoción de los productos gallegos procedentes de la pesca y de la acuicultura (CB4 AM2-2023)», lote 4, expediente PcPG/2024/822061, adjudicado el …… por 66.138,60 €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15/05/2024 a 15/06/2024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Secretaría Xeral de Medios (Presidencia da Xunta de Galicia)</w:t>
      </w:r>
    </w:p>
    <w:p>
      <w:r>
        <w:t xml:space="preserve">IDEA CREATIVIDAD Y COMUNICACIÓN, SL, con NIF B15398902, adjudicataria del contrato «Acuerdo marco de los servicios de elaboración de las creatividades para las campañas de comunicación e institucionales de la Xunta de Galicia (AM 2/2023)», expediente PcPG/2023/819612,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10/08/2023 a 10/08/2024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