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OTEL BAHIA TROPICAL, S.A.</w:t>
      </w:r>
    </w:p>
    <w:p>
      <w:r>
        <w:t>NIF A8223411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