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HOSPITAL LA VEGA GRUPO HLA, S..L.U.</w:t>
      </w:r>
    </w:p>
    <w:p>
      <w:r>
        <w:t>NIF B73923120.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contratación del servicio de fisioterapia en régimen ambulatorio para pacientes derivados desde un centro propio de FRATERNIDAD-MUPRESPA, en diversas localidades de las Direcciones Territoriales Centro y Meseta Sur (lote 52) · exp. PIC2026_32554</w:t>
            </w:r>
          </w:p>
        </w:tc>
        <w:tc>
          <w:tcPr>
            <w:tcW w:type="dxa" w:w="1440"/>
          </w:tcPr>
          <w:p>
            <w:r>
              <w:t>Gerencia de Fraternidad Muprespa - Mútua Colaboradora con la Seguridad Social nº 275 · NIF G82287228</w:t>
            </w:r>
          </w:p>
        </w:tc>
        <w:tc>
          <w:tcPr>
            <w:tcW w:type="dxa" w:w="1440"/>
          </w:tcPr>
          <w:p>
            <w:r>
              <w:t>37.847,00 €</w:t>
            </w:r>
          </w:p>
        </w:tc>
        <w:tc>
          <w:tcPr>
            <w:tcW w:type="dxa" w:w="1440"/>
          </w:tcPr>
          <w:p>
            <w:r>
              <w:t>20/07/2026</w:t>
            </w:r>
          </w:p>
        </w:tc>
        <w:tc>
          <w:tcPr>
            <w:tcW w:type="dxa" w:w="1440"/>
          </w:tcPr>
          <w:p>
            <w:r>
              <w:t>01/10/2026 – en curso</w:t>
            </w:r>
          </w:p>
        </w:tc>
        <w:tc>
          <w:tcPr>
            <w:tcW w:type="dxa" w:w="1440"/>
          </w:tcPr>
          <w:p>
            <w:r>
              <w:rPr>
                <w:highlight w:val="yellow"/>
              </w:rPr>
              <w:t>rellenar</w:t>
            </w:r>
          </w:p>
        </w:tc>
      </w:tr>
      <w:tr>
        <w:tc>
          <w:tcPr>
            <w:tcW w:type="dxa" w:w="1440"/>
          </w:tcPr>
          <w:p>
            <w:r>
              <w:t>Contratación del servicio de asistencia sanitaria en la especialidad de Oftalmología para FRATERNIDAD-MUPRESPA, en varias provincias (lote 30) · exp. PIC2025_31864</w:t>
            </w:r>
          </w:p>
        </w:tc>
        <w:tc>
          <w:tcPr>
            <w:tcW w:type="dxa" w:w="1440"/>
          </w:tcPr>
          <w:p>
            <w:r>
              <w:t>Gerencia de Fraternidad Muprespa - Mútua Colaboradora con la Seguridad Social nº 275 · NIF G82287228</w:t>
            </w:r>
          </w:p>
        </w:tc>
        <w:tc>
          <w:tcPr>
            <w:tcW w:type="dxa" w:w="1440"/>
          </w:tcPr>
          <w:p>
            <w:r>
              <w:t>75.600,00 €</w:t>
            </w:r>
          </w:p>
        </w:tc>
        <w:tc>
          <w:tcPr>
            <w:tcW w:type="dxa" w:w="1440"/>
          </w:tcPr>
          <w:p>
            <w:r>
              <w:t>04/06/2026</w:t>
            </w:r>
          </w:p>
        </w:tc>
        <w:tc>
          <w:tcPr>
            <w:tcW w:type="dxa" w:w="1440"/>
          </w:tcPr>
          <w:p>
            <w:r>
              <w:t>01/04/2026 – en curso</w:t>
            </w:r>
          </w:p>
        </w:tc>
        <w:tc>
          <w:tcPr>
            <w:tcW w:type="dxa" w:w="1440"/>
          </w:tcPr>
          <w:p>
            <w:r>
              <w:rPr>
                <w:highlight w:val="yellow"/>
              </w:rPr>
              <w:t>rellenar</w:t>
            </w:r>
          </w:p>
        </w:tc>
      </w:tr>
      <w:tr>
        <w:tc>
          <w:tcPr>
            <w:tcW w:type="dxa" w:w="1440"/>
          </w:tcPr>
          <w:p>
            <w:r>
              <w:t>Servicio de asistencia sanitaria de carácter ambulatorio de psicología para la población protegida en MAZ M.C.S.S. Nº 11 en el ámbito territorial de: Murcia (Murcia), Elche (Alicante). (lote 1) · exp. 2025/AS/ASC/0631</w:t>
            </w:r>
          </w:p>
        </w:tc>
        <w:tc>
          <w:tcPr>
            <w:tcW w:type="dxa" w:w="1440"/>
          </w:tcPr>
          <w:p>
            <w:r>
              <w:t>Dirección Área Jurídica y Prestación de MAZ, Mutua Colaboradora con la Seguridad Social, Nº 11 · NIF G50005321</w:t>
            </w:r>
          </w:p>
        </w:tc>
        <w:tc>
          <w:tcPr>
            <w:tcW w:type="dxa" w:w="1440"/>
          </w:tcPr>
          <w:p>
            <w:r>
              <w:t>10.500,00 €</w:t>
            </w:r>
          </w:p>
        </w:tc>
        <w:tc>
          <w:tcPr>
            <w:tcW w:type="dxa" w:w="1440"/>
          </w:tcPr>
          <w:p>
            <w:r>
              <w:t>13/02/2026</w:t>
            </w:r>
          </w:p>
        </w:tc>
        <w:tc>
          <w:tcPr>
            <w:tcW w:type="dxa" w:w="1440"/>
          </w:tcPr>
          <w:p>
            <w:r>
              <w:t>01/04/2026 – en curso</w:t>
            </w:r>
          </w:p>
        </w:tc>
        <w:tc>
          <w:tcPr>
            <w:tcW w:type="dxa" w:w="1440"/>
          </w:tcPr>
          <w:p>
            <w:r>
              <w:rPr>
                <w:highlight w:val="yellow"/>
              </w:rPr>
              <w:t>rellenar</w:t>
            </w:r>
          </w:p>
        </w:tc>
      </w:tr>
      <w:tr>
        <w:tc>
          <w:tcPr>
            <w:tcW w:type="dxa" w:w="1440"/>
          </w:tcPr>
          <w:p>
            <w:r>
              <w:t>Servicio de Pruebas Diagnósticas Complementarias en diferentes centros de la red asistencial de Mutua Montañesa (dividido en lotes) en la provincia de Murcia (lote 1) · exp. MM/2025/000165</w:t>
            </w:r>
          </w:p>
        </w:tc>
        <w:tc>
          <w:tcPr>
            <w:tcW w:type="dxa" w:w="1440"/>
          </w:tcPr>
          <w:p>
            <w:r>
              <w:t>Dirección General de Mutua Montañesa · NIF G39008321</w:t>
            </w:r>
          </w:p>
        </w:tc>
        <w:tc>
          <w:tcPr>
            <w:tcW w:type="dxa" w:w="1440"/>
          </w:tcPr>
          <w:p>
            <w:r>
              <w:t>997,50 €</w:t>
            </w:r>
          </w:p>
        </w:tc>
        <w:tc>
          <w:tcPr>
            <w:tcW w:type="dxa" w:w="1440"/>
          </w:tcPr>
          <w:p>
            <w:r>
              <w:t>09/01/2026</w:t>
            </w:r>
          </w:p>
        </w:tc>
        <w:tc>
          <w:tcPr>
            <w:tcW w:type="dxa" w:w="1440"/>
          </w:tcPr>
          <w:p>
            <w:r>
              <w:t>01/02/2026 – en curso</w:t>
            </w:r>
          </w:p>
        </w:tc>
        <w:tc>
          <w:tcPr>
            <w:tcW w:type="dxa" w:w="1440"/>
          </w:tcPr>
          <w:p>
            <w:r>
              <w:rPr>
                <w:highlight w:val="yellow"/>
              </w:rPr>
              <w:t>rellenar</w:t>
            </w:r>
          </w:p>
        </w:tc>
      </w:tr>
      <w:tr>
        <w:tc>
          <w:tcPr>
            <w:tcW w:type="dxa" w:w="1440"/>
          </w:tcPr>
          <w:p>
            <w:r>
              <w:t>Servicio de Pruebas Diagnósticas Complementarias en diferentes centros de la red asistencial de Mutua Montañesa (dividido en lotes) en la provincia de Murcia (lote 2) · exp. MM/2025/000165</w:t>
            </w:r>
          </w:p>
        </w:tc>
        <w:tc>
          <w:tcPr>
            <w:tcW w:type="dxa" w:w="1440"/>
          </w:tcPr>
          <w:p>
            <w:r>
              <w:t>Dirección General de Mutua Montañesa · NIF G39008321</w:t>
            </w:r>
          </w:p>
        </w:tc>
        <w:tc>
          <w:tcPr>
            <w:tcW w:type="dxa" w:w="1440"/>
          </w:tcPr>
          <w:p>
            <w:r>
              <w:t>645,00 €</w:t>
            </w:r>
          </w:p>
        </w:tc>
        <w:tc>
          <w:tcPr>
            <w:tcW w:type="dxa" w:w="1440"/>
          </w:tcPr>
          <w:p>
            <w:r>
              <w:t>09/01/2026</w:t>
            </w:r>
          </w:p>
        </w:tc>
        <w:tc>
          <w:tcPr>
            <w:tcW w:type="dxa" w:w="1440"/>
          </w:tcPr>
          <w:p>
            <w:r>
              <w:t>01/02/2026 – en curso</w:t>
            </w:r>
          </w:p>
        </w:tc>
        <w:tc>
          <w:tcPr>
            <w:tcW w:type="dxa" w:w="1440"/>
          </w:tcPr>
          <w:p>
            <w:r>
              <w:rPr>
                <w:highlight w:val="yellow"/>
              </w:rPr>
              <w:t>rellenar</w:t>
            </w:r>
          </w:p>
        </w:tc>
      </w:tr>
      <w:tr>
        <w:tc>
          <w:tcPr>
            <w:tcW w:type="dxa" w:w="1440"/>
          </w:tcPr>
          <w:p>
            <w:r>
              <w:t>Servicio de asistencia sanitaria especializada en Psiquiatría para valoración de la capacidad laboral en Murcia · exp. CS-2025/3001/0001</w:t>
            </w:r>
          </w:p>
        </w:tc>
        <w:tc>
          <w:tcPr>
            <w:tcW w:type="dxa" w:w="1440"/>
          </w:tcPr>
          <w:p>
            <w:r>
              <w:t>Dirección General de IBERMUTUA, Mutua Colaboradora con la Seguridad Social nº 274 · NIF G81939217</w:t>
            </w:r>
          </w:p>
        </w:tc>
        <w:tc>
          <w:tcPr>
            <w:tcW w:type="dxa" w:w="1440"/>
          </w:tcPr>
          <w:p>
            <w:r>
              <w:t>38.700,00 €</w:t>
            </w:r>
          </w:p>
        </w:tc>
        <w:tc>
          <w:tcPr>
            <w:tcW w:type="dxa" w:w="1440"/>
          </w:tcPr>
          <w:p>
            <w:r>
              <w:t>20/10/2025</w:t>
            </w:r>
          </w:p>
        </w:tc>
        <w:tc>
          <w:tcPr>
            <w:tcW w:type="dxa" w:w="1440"/>
          </w:tcPr>
          <w:p>
            <w:r>
              <w:t>01/02/2026 – en curso</w:t>
            </w:r>
          </w:p>
        </w:tc>
        <w:tc>
          <w:tcPr>
            <w:tcW w:type="dxa" w:w="1440"/>
          </w:tcPr>
          <w:p>
            <w:r>
              <w:rPr>
                <w:highlight w:val="yellow"/>
              </w:rPr>
              <w:t>rellenar</w:t>
            </w:r>
          </w:p>
        </w:tc>
      </w:tr>
      <w:tr>
        <w:tc>
          <w:tcPr>
            <w:tcW w:type="dxa" w:w="1440"/>
          </w:tcPr>
          <w:p>
            <w:r>
              <w:t>Servicio de Psicología y Logopedia en el ámbito territorial de Murcia y área de influencia · exp. N202500058</w:t>
            </w:r>
          </w:p>
        </w:tc>
        <w:tc>
          <w:tcPr>
            <w:tcW w:type="dxa" w:w="1440"/>
          </w:tcPr>
          <w:p>
            <w:r>
              <w:t>Dirección General de la Mutual Midat Cyclops, Mutua Colaboradora con la Seguridad Social, nº 1 · NIF G64172513</w:t>
            </w:r>
          </w:p>
        </w:tc>
        <w:tc>
          <w:tcPr>
            <w:tcW w:type="dxa" w:w="1440"/>
          </w:tcPr>
          <w:p>
            <w:r>
              <w:t>11.232,00 €</w:t>
            </w:r>
          </w:p>
        </w:tc>
        <w:tc>
          <w:tcPr>
            <w:tcW w:type="dxa" w:w="1440"/>
          </w:tcPr>
          <w:p>
            <w:r>
              <w:t>04/06/2025</w:t>
            </w:r>
          </w:p>
        </w:tc>
        <w:tc>
          <w:tcPr>
            <w:tcW w:type="dxa" w:w="1440"/>
          </w:tcPr>
          <w:p>
            <w:r>
              <w:t>04/07/2025 – en curso</w:t>
            </w:r>
          </w:p>
        </w:tc>
        <w:tc>
          <w:tcPr>
            <w:tcW w:type="dxa" w:w="1440"/>
          </w:tcPr>
          <w:p>
            <w:r>
              <w:rPr>
                <w:highlight w:val="yellow"/>
              </w:rPr>
              <w:t>rellenar</w:t>
            </w:r>
          </w:p>
        </w:tc>
      </w:tr>
      <w:tr>
        <w:tc>
          <w:tcPr>
            <w:tcW w:type="dxa" w:w="1440"/>
          </w:tcPr>
          <w:p>
            <w:r>
              <w:t>Contratación de los servicios hospitalarios generales ,con inclusión de sus modalidades asistenciales, en la ciudad de Murcia. · exp. 029-2024-0246</w:t>
            </w:r>
          </w:p>
        </w:tc>
        <w:tc>
          <w:tcPr>
            <w:tcW w:type="dxa" w:w="1440"/>
          </w:tcPr>
          <w:p>
            <w:r>
              <w:t>Mutua Universal Mugenat, Mutua Colaboradora con la Seguridad Social nº 10 · NIF G08242463</w:t>
            </w:r>
          </w:p>
        </w:tc>
        <w:tc>
          <w:tcPr>
            <w:tcW w:type="dxa" w:w="1440"/>
          </w:tcPr>
          <w:p>
            <w:r>
              <w:t>314.017,59 €</w:t>
            </w:r>
          </w:p>
        </w:tc>
        <w:tc>
          <w:tcPr>
            <w:tcW w:type="dxa" w:w="1440"/>
          </w:tcPr>
          <w:p>
            <w:r>
              <w:t>20/02/2025</w:t>
            </w:r>
          </w:p>
        </w:tc>
        <w:tc>
          <w:tcPr>
            <w:tcW w:type="dxa" w:w="1440"/>
          </w:tcPr>
          <w:p>
            <w:r>
              <w:t>01/04/2025 – 01/04/2026</w:t>
            </w:r>
          </w:p>
        </w:tc>
        <w:tc>
          <w:tcPr>
            <w:tcW w:type="dxa" w:w="1440"/>
          </w:tcPr>
          <w:p>
            <w:r>
              <w:rPr>
                <w:highlight w:val="yellow"/>
              </w:rPr>
              <w:t>rellenar</w:t>
            </w:r>
          </w:p>
        </w:tc>
      </w:tr>
      <w:tr>
        <w:tc>
          <w:tcPr>
            <w:tcW w:type="dxa" w:w="1440"/>
          </w:tcPr>
          <w:p>
            <w:r>
              <w:t>Contratación del servicio de diagnóstico por imagen de resonancia magnética en diversas localidades del territorio nacional. (lote 42) · exp. PIC2024_30537</w:t>
            </w:r>
          </w:p>
        </w:tc>
        <w:tc>
          <w:tcPr>
            <w:tcW w:type="dxa" w:w="1440"/>
          </w:tcPr>
          <w:p>
            <w:r>
              <w:t>Gerencia de Fraternidad Muprespa - Mútua Colaboradora con la Seguridad Social nº 275 · NIF G82287228</w:t>
            </w:r>
          </w:p>
        </w:tc>
        <w:tc>
          <w:tcPr>
            <w:tcW w:type="dxa" w:w="1440"/>
          </w:tcPr>
          <w:p>
            <w:r>
              <w:t>0,01 €</w:t>
            </w:r>
          </w:p>
        </w:tc>
        <w:tc>
          <w:tcPr>
            <w:tcW w:type="dxa" w:w="1440"/>
          </w:tcPr>
          <w:p>
            <w:r>
              <w:t>28/01/2025</w:t>
            </w:r>
          </w:p>
        </w:tc>
        <w:tc>
          <w:tcPr>
            <w:tcW w:type="dxa" w:w="1440"/>
          </w:tcPr>
          <w:p>
            <w:r>
              <w:t>28/02/2025 – 28/02/2026</w:t>
            </w:r>
          </w:p>
        </w:tc>
        <w:tc>
          <w:tcPr>
            <w:tcW w:type="dxa" w:w="1440"/>
          </w:tcPr>
          <w:p>
            <w:r>
              <w:rPr>
                <w:highlight w:val="yellow"/>
              </w:rPr>
              <w:t>rellenar</w:t>
            </w:r>
          </w:p>
        </w:tc>
      </w:tr>
      <w:tr>
        <w:tc>
          <w:tcPr>
            <w:tcW w:type="dxa" w:w="1440"/>
          </w:tcPr>
          <w:p>
            <w:r>
              <w:t>Contrato de Servicios de fisioterapia en centro ambulatorio a la población protegida de umivale Activa, Mutua Colaboradora con la Seguridad Social nº3 y a los trabajadores autónomos adheridos en las localidades de Burjasot (Valencia) y Murcia (Murcia) (lote 2) · exp. SER-24-0435-OSA</w:t>
            </w:r>
          </w:p>
        </w:tc>
        <w:tc>
          <w:tcPr>
            <w:tcW w:type="dxa" w:w="1440"/>
          </w:tcPr>
          <w:p>
            <w:r>
              <w:t>Gerencia umivale Activa, Mutua Colaboradora con la Seguridad Social número 3 · NIF G96236443</w:t>
            </w:r>
          </w:p>
        </w:tc>
        <w:tc>
          <w:tcPr>
            <w:tcW w:type="dxa" w:w="1440"/>
          </w:tcPr>
          <w:p>
            <w:r>
              <w:t>63.855,00 €</w:t>
            </w:r>
          </w:p>
        </w:tc>
        <w:tc>
          <w:tcPr>
            <w:tcW w:type="dxa" w:w="1440"/>
          </w:tcPr>
          <w:p>
            <w:r>
              <w:t>20/12/2024</w:t>
            </w:r>
          </w:p>
        </w:tc>
        <w:tc>
          <w:tcPr>
            <w:tcW w:type="dxa" w:w="1440"/>
          </w:tcPr>
          <w:p>
            <w:r>
              <w:t>20/01/2025 – en curso</w:t>
            </w:r>
          </w:p>
        </w:tc>
        <w:tc>
          <w:tcPr>
            <w:tcW w:type="dxa" w:w="1440"/>
          </w:tcPr>
          <w:p>
            <w:r>
              <w:rPr>
                <w:highlight w:val="yellow"/>
              </w:rPr>
              <w:t>rellenar</w:t>
            </w:r>
          </w:p>
        </w:tc>
      </w:tr>
      <w:tr>
        <w:tc>
          <w:tcPr>
            <w:tcW w:type="dxa" w:w="1440"/>
          </w:tcPr>
          <w:p>
            <w:r>
              <w:t>Servicio de atención sanitaria de carácter hospitalario y ambulatorio (hospitalización, estancias hospitalarias, atención de urgencias, consultas externas, pruebas/perfiles, intervenciones quirúrgicas con y sin ingreso, pruebas diagnosticas de diferente índole, consultas ambulatorias, rehabilitación · exp. MM/2024/000073</w:t>
            </w:r>
          </w:p>
        </w:tc>
        <w:tc>
          <w:tcPr>
            <w:tcW w:type="dxa" w:w="1440"/>
          </w:tcPr>
          <w:p>
            <w:r>
              <w:t>Dirección General de Mutua Montañesa · NIF G39008321</w:t>
            </w:r>
          </w:p>
        </w:tc>
        <w:tc>
          <w:tcPr>
            <w:tcW w:type="dxa" w:w="1440"/>
          </w:tcPr>
          <w:p>
            <w:r>
              <w:t>28.134,70 €</w:t>
            </w:r>
          </w:p>
        </w:tc>
        <w:tc>
          <w:tcPr>
            <w:tcW w:type="dxa" w:w="1440"/>
          </w:tcPr>
          <w:p>
            <w:r>
              <w:t>19/12/2024</w:t>
            </w:r>
          </w:p>
        </w:tc>
        <w:tc>
          <w:tcPr>
            <w:tcW w:type="dxa" w:w="1440"/>
          </w:tcPr>
          <w:p>
            <w:r>
              <w:t>19/01/2025 – 19/01/2026</w:t>
            </w:r>
          </w:p>
        </w:tc>
        <w:tc>
          <w:tcPr>
            <w:tcW w:type="dxa" w:w="1440"/>
          </w:tcPr>
          <w:p>
            <w:r>
              <w:rPr>
                <w:highlight w:val="yellow"/>
              </w:rPr>
              <w:t>rellenar</w:t>
            </w:r>
          </w:p>
        </w:tc>
      </w:tr>
      <w:tr>
        <w:tc>
          <w:tcPr>
            <w:tcW w:type="dxa" w:w="1440"/>
          </w:tcPr>
          <w:p>
            <w:r>
              <w:t>Servicio de diagnóstico por la imagen (RMN) en régimen ambulatorio en Murcia · exp. SP00190/2024</w:t>
            </w:r>
          </w:p>
        </w:tc>
        <w:tc>
          <w:tcPr>
            <w:tcW w:type="dxa" w:w="1440"/>
          </w:tcPr>
          <w:p>
            <w:r>
              <w:t>Subdirección General Sanitaria de ASEPEYO. Mutua Colaboradora con la Seguridad Social. num. 151 · NIF G08215824</w:t>
            </w:r>
          </w:p>
        </w:tc>
        <w:tc>
          <w:tcPr>
            <w:tcW w:type="dxa" w:w="1440"/>
          </w:tcPr>
          <w:p>
            <w:r>
              <w:t>27.248,00 €</w:t>
            </w:r>
          </w:p>
        </w:tc>
        <w:tc>
          <w:tcPr>
            <w:tcW w:type="dxa" w:w="1440"/>
          </w:tcPr>
          <w:p>
            <w:r>
              <w:t>06/11/2024</w:t>
            </w:r>
          </w:p>
        </w:tc>
        <w:tc>
          <w:tcPr>
            <w:tcW w:type="dxa" w:w="1440"/>
          </w:tcPr>
          <w:p>
            <w:r>
              <w:t>06/12/2024 – 06/12/2025</w:t>
            </w:r>
          </w:p>
        </w:tc>
        <w:tc>
          <w:tcPr>
            <w:tcW w:type="dxa" w:w="1440"/>
          </w:tcPr>
          <w:p>
            <w:r>
              <w:rPr>
                <w:highlight w:val="yellow"/>
              </w:rPr>
              <w:t>rellenar</w:t>
            </w:r>
          </w:p>
        </w:tc>
      </w:tr>
      <w:tr>
        <w:tc>
          <w:tcPr>
            <w:tcW w:type="dxa" w:w="1440"/>
          </w:tcPr>
          <w:p>
            <w:r>
              <w:t>Servicio de atención sanitaria de carácter hospitalario y ambulatorio en el ámbito geográfico de la comarca de Vigo y provincia de Murcia, para Mutua Montañesa, Mutua Colaboradora con la Seguridad Social Número 7 (lote 2) · exp. 2023-002-069</w:t>
            </w:r>
          </w:p>
        </w:tc>
        <w:tc>
          <w:tcPr>
            <w:tcW w:type="dxa" w:w="1440"/>
          </w:tcPr>
          <w:p>
            <w:r>
              <w:t>Dirección General de Mutua Montañesa · NIF G39008321</w:t>
            </w:r>
          </w:p>
        </w:tc>
        <w:tc>
          <w:tcPr>
            <w:tcW w:type="dxa" w:w="1440"/>
          </w:tcPr>
          <w:p>
            <w:r>
              <w:t>28.134,70 €</w:t>
            </w:r>
          </w:p>
        </w:tc>
        <w:tc>
          <w:tcPr>
            <w:tcW w:type="dxa" w:w="1440"/>
          </w:tcPr>
          <w:p>
            <w:r>
              <w:t>25/09/2023</w:t>
            </w:r>
          </w:p>
        </w:tc>
        <w:tc>
          <w:tcPr>
            <w:tcW w:type="dxa" w:w="1440"/>
          </w:tcPr>
          <w:p>
            <w:r>
              <w:t>01/12/2023 – 01/12/2024</w:t>
            </w:r>
          </w:p>
        </w:tc>
        <w:tc>
          <w:tcPr>
            <w:tcW w:type="dxa" w:w="1440"/>
          </w:tcPr>
          <w:p>
            <w:r>
              <w:rPr>
                <w:highlight w:val="yellow"/>
              </w:rPr>
              <w:t>rellenar</w:t>
            </w:r>
          </w:p>
        </w:tc>
      </w:tr>
      <w:tr>
        <w:tc>
          <w:tcPr>
            <w:tcW w:type="dxa" w:w="1440"/>
          </w:tcPr>
          <w:p>
            <w:r>
              <w:t>Servicio de pruebas diagnosticas complementarias de resonancia magnética nuclear, tomografía axial computarizada y ecografía, en diferentes centros de la red asistencial de Mutua Montañesa (lote 4) · exp. 2022-002-172</w:t>
            </w:r>
          </w:p>
        </w:tc>
        <w:tc>
          <w:tcPr>
            <w:tcW w:type="dxa" w:w="1440"/>
          </w:tcPr>
          <w:p>
            <w:r>
              <w:t>Dirección General de Mutua Montañesa · NIF G39008321</w:t>
            </w:r>
          </w:p>
        </w:tc>
        <w:tc>
          <w:tcPr>
            <w:tcW w:type="dxa" w:w="1440"/>
          </w:tcPr>
          <w:p>
            <w:r>
              <w:t>480,00 €</w:t>
            </w:r>
          </w:p>
        </w:tc>
        <w:tc>
          <w:tcPr>
            <w:tcW w:type="dxa" w:w="1440"/>
          </w:tcPr>
          <w:p>
            <w:r>
              <w:t>23/08/2023</w:t>
            </w:r>
          </w:p>
        </w:tc>
        <w:tc>
          <w:tcPr>
            <w:tcW w:type="dxa" w:w="1440"/>
          </w:tcPr>
          <w:p>
            <w:r>
              <w:t>23/09/2023 – 23/09/2025</w:t>
            </w:r>
          </w:p>
        </w:tc>
        <w:tc>
          <w:tcPr>
            <w:tcW w:type="dxa" w:w="1440"/>
          </w:tcPr>
          <w:p>
            <w:r>
              <w:rPr>
                <w:highlight w:val="yellow"/>
              </w:rPr>
              <w:t>rellenar</w:t>
            </w:r>
          </w:p>
        </w:tc>
      </w:tr>
      <w:tr>
        <w:tc>
          <w:tcPr>
            <w:tcW w:type="dxa" w:w="1440"/>
          </w:tcPr>
          <w:p>
            <w:r>
              <w:t>Servicio de pruebas diagnosticas complementarias de resonancia magnética nuclear, tomografía axial computarizada y ecografía, en diferentes centros de la red asistencial de Mutua Montañesa (lote 5) · exp. 2022-002-172</w:t>
            </w:r>
          </w:p>
        </w:tc>
        <w:tc>
          <w:tcPr>
            <w:tcW w:type="dxa" w:w="1440"/>
          </w:tcPr>
          <w:p>
            <w:r>
              <w:t>Dirección General de Mutua Montañesa · NIF G39008321</w:t>
            </w:r>
          </w:p>
        </w:tc>
        <w:tc>
          <w:tcPr>
            <w:tcW w:type="dxa" w:w="1440"/>
          </w:tcPr>
          <w:p>
            <w:r>
              <w:t>650,00 €</w:t>
            </w:r>
          </w:p>
        </w:tc>
        <w:tc>
          <w:tcPr>
            <w:tcW w:type="dxa" w:w="1440"/>
          </w:tcPr>
          <w:p>
            <w:r>
              <w:t>23/08/2023</w:t>
            </w:r>
          </w:p>
        </w:tc>
        <w:tc>
          <w:tcPr>
            <w:tcW w:type="dxa" w:w="1440"/>
          </w:tcPr>
          <w:p>
            <w:r>
              <w:t>23/09/2023 – 23/09/2025</w:t>
            </w:r>
          </w:p>
        </w:tc>
        <w:tc>
          <w:tcPr>
            <w:tcW w:type="dxa" w:w="1440"/>
          </w:tcPr>
          <w:p>
            <w:r>
              <w:rPr>
                <w:highlight w:val="yellow"/>
              </w:rPr>
              <w:t>rellenar</w:t>
            </w:r>
          </w:p>
        </w:tc>
      </w:tr>
      <w:tr>
        <w:tc>
          <w:tcPr>
            <w:tcW w:type="dxa" w:w="1440"/>
          </w:tcPr>
          <w:p>
            <w:r>
              <w:t>Contratación del servicio de Diagnóstico por la Imagen en Murcia para FREMAP, Mutua Colaboradora con la Seguridad Social nº 61 · exp. LICT/99/139/2023/0111</w:t>
            </w:r>
          </w:p>
        </w:tc>
        <w:tc>
          <w:tcPr>
            <w:tcW w:type="dxa" w:w="1440"/>
          </w:tcPr>
          <w:p>
            <w:r>
              <w:t>Director Gerente de FREMAP · NIF G28207017</w:t>
            </w:r>
          </w:p>
        </w:tc>
        <w:tc>
          <w:tcPr>
            <w:tcW w:type="dxa" w:w="1440"/>
          </w:tcPr>
          <w:p>
            <w:r>
              <w:t>138.469,60 €</w:t>
            </w:r>
          </w:p>
        </w:tc>
        <w:tc>
          <w:tcPr>
            <w:tcW w:type="dxa" w:w="1440"/>
          </w:tcPr>
          <w:p>
            <w:r>
              <w:t>04/05/2023</w:t>
            </w:r>
          </w:p>
        </w:tc>
        <w:tc>
          <w:tcPr>
            <w:tcW w:type="dxa" w:w="1440"/>
          </w:tcPr>
          <w:p>
            <w:r>
              <w:t>01/06/2023 – 01/06/2025</w:t>
            </w:r>
          </w:p>
        </w:tc>
        <w:tc>
          <w:tcPr>
            <w:tcW w:type="dxa" w:w="1440"/>
          </w:tcPr>
          <w:p>
            <w:r>
              <w:rPr>
                <w:highlight w:val="yellow"/>
              </w:rPr>
              <w:t>rellenar</w:t>
            </w:r>
          </w:p>
        </w:tc>
      </w:tr>
      <w:tr>
        <w:tc>
          <w:tcPr>
            <w:tcW w:type="dxa" w:w="1440"/>
          </w:tcPr>
          <w:p>
            <w:r>
              <w:t>Asistencia sanitaria de urgencias 24 horas, ingresos y estancias hospitalarias, intervenciones quirúrgicas que requieran de unidades de cuidados intensivos, pruebas diagnósticas y consultas de especialistas en régimen ambulatorio y hospitalario en la ciudad de Murcia para la cobertura de los centros de Ibermutua de la provincia de Murcia · exp. CS-2024/3001/0001</w:t>
            </w:r>
          </w:p>
        </w:tc>
        <w:tc>
          <w:tcPr>
            <w:tcW w:type="dxa" w:w="1440"/>
          </w:tcPr>
          <w:p>
            <w:r>
              <w:t>Dirección General de IBERMUTUA, Mutua Colaboradora con la Seguridad Social nº 274 · NIF G81939217</w:t>
            </w:r>
          </w:p>
        </w:tc>
        <w:tc>
          <w:tcPr>
            <w:tcW w:type="dxa" w:w="1440"/>
          </w:tcPr>
          <w:p>
            <w:r>
              <w:t>1.064.871,80 €</w:t>
            </w:r>
          </w:p>
        </w:tc>
        <w:tc>
          <w:tcPr>
            <w:tcW w:type="dxa" w:w="1440"/>
          </w:tcPr>
          <w:p>
            <w:r>
              <w:t>17/04/2023</w:t>
            </w:r>
          </w:p>
        </w:tc>
        <w:tc>
          <w:tcPr>
            <w:tcW w:type="dxa" w:w="1440"/>
          </w:tcPr>
          <w:p>
            <w:r>
              <w:t>01/01/2024 – 01/01/2026</w:t>
            </w:r>
          </w:p>
        </w:tc>
        <w:tc>
          <w:tcPr>
            <w:tcW w:type="dxa" w:w="1440"/>
          </w:tcPr>
          <w:p>
            <w:r>
              <w:rPr>
                <w:highlight w:val="yellow"/>
              </w:rPr>
              <w:t>rellenar</w:t>
            </w:r>
          </w:p>
        </w:tc>
      </w:tr>
      <w:tr>
        <w:tc>
          <w:tcPr>
            <w:tcW w:type="dxa" w:w="1440"/>
          </w:tcPr>
          <w:p>
            <w:r>
              <w:t>Servicios de la especialidad de psiquiatría y psicología, en régimen ambulatorio, en el ámbito territorial de Girona/Olot, Barcelona, Madrid, Málaga, Valencia, Palencia/Burgos, León, Vigo y Murcia para Mutua Montañesa (lote 9) · exp. 2022-002-173</w:t>
            </w:r>
          </w:p>
        </w:tc>
        <w:tc>
          <w:tcPr>
            <w:tcW w:type="dxa" w:w="1440"/>
          </w:tcPr>
          <w:p>
            <w:r>
              <w:t>Dirección General de Mutua Montañesa · NIF G39008321</w:t>
            </w:r>
          </w:p>
        </w:tc>
        <w:tc>
          <w:tcPr>
            <w:tcW w:type="dxa" w:w="1440"/>
          </w:tcPr>
          <w:p>
            <w:r>
              <w:t>5.760,00 €</w:t>
            </w:r>
          </w:p>
        </w:tc>
        <w:tc>
          <w:tcPr>
            <w:tcW w:type="dxa" w:w="1440"/>
          </w:tcPr>
          <w:p>
            <w:r>
              <w:t>20/03/2023</w:t>
            </w:r>
          </w:p>
        </w:tc>
        <w:tc>
          <w:tcPr>
            <w:tcW w:type="dxa" w:w="1440"/>
          </w:tcPr>
          <w:p>
            <w:r>
              <w:t>01/05/2023 – 01/05/2025</w:t>
            </w:r>
          </w:p>
        </w:tc>
        <w:tc>
          <w:tcPr>
            <w:tcW w:type="dxa" w:w="1440"/>
          </w:tcPr>
          <w:p>
            <w:r>
              <w:rPr>
                <w:highlight w:val="yellow"/>
              </w:rPr>
              <w:t>rellenar</w:t>
            </w:r>
          </w:p>
        </w:tc>
      </w:tr>
    </w:tbl>
    <w:p/>
    <w:p>
      <w:r>
        <w:rPr>
          <w:b/>
        </w:rPr>
        <w:t>Importe adjudicado en el periodo: 1.847.142,90 € sin IVA, en 18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 Fraternidad Muprespa - Mútua Colaboradora con la Seguridad Social nº 275 (NIF G82287228)</w:t>
      </w:r>
    </w:p>
    <w:p>
      <w:r>
        <w:t xml:space="preserve">HOSPITAL LA VEGA GRUPO HLA, S..L.U., con NIF B73923120, adjudicataria del contrato «Contratación contratación del servicio de fisioterapia en régimen ambulatorio para pacientes derivados desde un centro propio de FRATERNIDAD-MUPRESPA, en diversas localidades de las Direcciones Territoriales Centro y Meseta Sur», lote 52, expediente PIC2026_32554, adjudicado el 20/07/2026 por 37.847,00 €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01/10/2026 a 01/10/2028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Fraternidad Muprespa - Mútua Colaboradora con la Seguridad Social nº 275 (NIF G82287228)</w:t>
      </w:r>
    </w:p>
    <w:p>
      <w:r>
        <w:t xml:space="preserve">HOSPITAL LA VEGA GRUPO HLA, S..L.U., con NIF B73923120, adjudicataria del contrato «Contratación del servicio de asistencia sanitaria en la especialidad de Oftalmología para FRATERNIDAD-MUPRESPA, en varias provincias», lote 30, expediente PIC2025_31864, adjudicado el 04/06/2026 por 75.600,00 €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01/04/2026 a 01/04/2028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Área Jurídica y Prestación de MAZ, Mutua Colaboradora con la Seguridad Social, Nº 11 (NIF G50005321)</w:t>
      </w:r>
    </w:p>
    <w:p>
      <w:r>
        <w:t xml:space="preserve">HOSPITAL LA VEGA GRUPO HLA, S..L.U., con NIF B73923120, adjudicataria del contrato «Servicio de asistencia sanitaria de carácter ambulatorio de psicología para la población protegida en MAZ M.C.S.S. Nº 11 en el ámbito territorial de: Murcia (Murcia), Elche (Alicante).», lote 1, expediente 2025/AS/ASC/0631, adjudicado el 13/02/2026 por 10.500,00 €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01/04/2026 a 01/04/2029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Mutua Montañesa (NIF G39008321)</w:t>
      </w:r>
    </w:p>
    <w:p>
      <w:r>
        <w:t xml:space="preserve">HOSPITAL LA VEGA GRUPO HLA, S..L.U., con NIF B73923120, adjudicataria del contrato «Servicio de Pruebas Diagnósticas Complementarias en diferentes centros de la red asistencial de Mutua Montañesa (dividido en lotes) en la provincia de Murcia», lote 1, expediente MM/2025/000165, adjudicado el 09/01/2026 por 997,50 €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01/02/2026 a 01/02/2027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Mutua Montañesa (NIF G39008321)</w:t>
      </w:r>
    </w:p>
    <w:p>
      <w:r>
        <w:t xml:space="preserve">HOSPITAL LA VEGA GRUPO HLA, S..L.U., con NIF B73923120, adjudicataria del contrato «Servicio de Pruebas Diagnósticas Complementarias en diferentes centros de la red asistencial de Mutua Montañesa (dividido en lotes) en la provincia de Murcia», lote 2, expediente MM/2025/000165, adjudicado el 09/01/2026 por 645,00 €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01/02/2026 a 01/02/2027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IBERMUTUA, Mutua Colaboradora con la Seguridad Social nº 274 (NIF G81939217)</w:t>
      </w:r>
    </w:p>
    <w:p>
      <w:r>
        <w:t xml:space="preserve">HOSPITAL LA VEGA GRUPO HLA, S..L.U., con NIF B73923120, adjudicataria del contrato «Servicio de asistencia sanitaria especializada en Psiquiatría para valoración de la capacidad laboral en Murcia», expediente CS-2025/3001/0001, adjudicado el 20/10/2025 por 38.700,00 €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01/02/2026 a 01/02/2027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Mutual Midat Cyclops, Mutua Colaboradora con la Seguridad Social, nº 1 (NIF G64172513)</w:t>
      </w:r>
    </w:p>
    <w:p>
      <w:r>
        <w:t xml:space="preserve">HOSPITAL LA VEGA GRUPO HLA, S..L.U., con NIF B73923120, adjudicataria del contrato «Servicio de Psicología y Logopedia en el ámbito territorial de Murcia y área de influencia», expediente N202500058, adjudicado el 04/06/2025 por 11.232,00 €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04/07/2025 a 04/07/2027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Mutua Universal Mugenat, Mutua Colaboradora con la Seguridad Social nº 10 (NIF G08242463)</w:t>
      </w:r>
    </w:p>
    <w:p>
      <w:r>
        <w:t xml:space="preserve">HOSPITAL LA VEGA GRUPO HLA, S..L.U., con NIF B73923120, adjudicataria del contrato «Contratación de los servicios hospitalarios generales ,con inclusión de sus modalidades asistenciales, en la ciudad de Murcia.», expediente 029-2024-0246, adjudicado el 20/02/2025 por 314.017,59 €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01/04/2025 a 01/04/2026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Fraternidad Muprespa - Mútua Colaboradora con la Seguridad Social nº 275 (NIF G82287228)</w:t>
      </w:r>
    </w:p>
    <w:p>
      <w:r>
        <w:t xml:space="preserve">HOSPITAL LA VEGA GRUPO HLA, S..L.U., con NIF B73923120, adjudicataria del contrato «Contratación del servicio de diagnóstico por imagen de resonancia magnética en diversas localidades del territorio nacional.», lote 42, expediente PIC2024_30537, adjudicado el 28/01/2025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28/02/2025 a 28/02/2026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umivale Activa, Mutua Colaboradora con la Seguridad Social número 3 (NIF G96236443)</w:t>
      </w:r>
    </w:p>
    <w:p>
      <w:r>
        <w:t xml:space="preserve">HOSPITAL LA VEGA GRUPO HLA, S..L.U., con NIF B73923120, adjudicataria del contrato «Contrato de Servicios de fisioterapia en centro ambulatorio a la población protegida de umivale Activa, Mutua Colaboradora con la Seguridad Social nº3 y a los trabajadores autónomos adheridos en las localidades de Burjasot (Valencia) y Murcia (Murcia)», lote 2, expediente SER-24-0435-OSA, adjudicado el 20/12/2024 por 63.855,00 €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20/01/2025 a 20/01/2028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Mutua Montañesa (NIF G39008321)</w:t>
      </w:r>
    </w:p>
    <w:p>
      <w:r>
        <w:t xml:space="preserve">HOSPITAL LA VEGA GRUPO HLA, S..L.U., con NIF B73923120, adjudicataria del contrato «Servicio de atención sanitaria de carácter hospitalario y ambulatorio (hospitalización, estancias hospitalarias, atención de urgencias, consultas externas, pruebas/perfiles, intervenciones quirúrgicas con y sin ingreso, pruebas diagnosticas de diferente índole, consultas ambulatorias, rehabilitación», expediente MM/2024/000073, adjudicado el 19/12/2024 por 28.134,70 €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19/01/2025 a 19/01/2026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Subdirección General Sanitaria de ASEPEYO. Mutua Colaboradora con la Seguridad Social. num. 151 (NIF G08215824)</w:t>
      </w:r>
    </w:p>
    <w:p>
      <w:r>
        <w:t xml:space="preserve">HOSPITAL LA VEGA GRUPO HLA, S..L.U., con NIF B73923120, adjudicataria del contrato «Servicio de diagnóstico por la imagen (RMN) en régimen ambulatorio en Murcia», expediente SP00190/2024, adjudicado el 06/11/2024 por 27.248,00 €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06/12/2024 a 06/12/2025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Mutua Montañesa (NIF G39008321)</w:t>
      </w:r>
    </w:p>
    <w:p>
      <w:r>
        <w:t xml:space="preserve">HOSPITAL LA VEGA GRUPO HLA, S..L.U., con NIF B73923120, adjudicataria del contrato «Servicio de atención sanitaria de carácter hospitalario y ambulatorio en el ámbito geográfico de la comarca de Vigo y provincia de Murcia, para Mutua Montañesa, Mutua Colaboradora con la Seguridad Social Número 7», lote 2, expediente 2023-002-069, adjudicado el 25/09/2023 por 28.134,70 €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01/12/2023 a 01/12/2024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Mutua Montañesa (NIF G39008321)</w:t>
      </w:r>
    </w:p>
    <w:p>
      <w:r>
        <w:t xml:space="preserve">HOSPITAL LA VEGA GRUPO HLA, S..L.U., con NIF B73923120, adjudicataria del contrato «Servicio de pruebas diagnosticas complementarias de resonancia magnética nuclear, tomografía axial computarizada y ecografía, en diferentes centros de la red asistencial de Mutua Montañesa», lote 4, expediente 2022-002-172, adjudicado el 23/08/2023 por 480,00 €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23/09/2023 a 23/09/2025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Mutua Montañesa (NIF G39008321)</w:t>
      </w:r>
    </w:p>
    <w:p>
      <w:r>
        <w:t xml:space="preserve">HOSPITAL LA VEGA GRUPO HLA, S..L.U., con NIF B73923120, adjudicataria del contrato «Servicio de pruebas diagnosticas complementarias de resonancia magnética nuclear, tomografía axial computarizada y ecografía, en diferentes centros de la red asistencial de Mutua Montañesa», lote 5, expediente 2022-002-172, adjudicado el 23/08/2023 por 650,00 €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23/09/2023 a 23/09/2025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FREMAP (NIF G28207017)</w:t>
      </w:r>
    </w:p>
    <w:p>
      <w:r>
        <w:t xml:space="preserve">HOSPITAL LA VEGA GRUPO HLA, S..L.U., con NIF B73923120, adjudicataria del contrato «Contratación del servicio de Diagnóstico por la Imagen en Murcia para FREMAP, Mutua Colaboradora con la Seguridad Social nº 61», expediente LICT/99/139/2023/0111, adjudicado el 04/05/2023 por 138.469,60 €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01/06/2023 a 01/06/2025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IBERMUTUA, Mutua Colaboradora con la Seguridad Social nº 274 (NIF G81939217)</w:t>
      </w:r>
    </w:p>
    <w:p>
      <w:r>
        <w:t xml:space="preserve">HOSPITAL LA VEGA GRUPO HLA, S..L.U., con NIF B73923120, adjudicataria del contrato «Asistencia sanitaria de urgencias 24 horas, ingresos y estancias hospitalarias, intervenciones quirúrgicas que requieran de unidades de cuidados intensivos, pruebas diagnósticas y consultas de especialistas en régimen ambulatorio y hospitalario en la ciudad de Murcia para la cobertura de los centros de Ibermutua de la provincia de Murcia», expediente CS-2024/3001/0001, adjudicado el 17/04/2023 por 1.064.871,80 €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01/01/2026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Mutua Montañesa (NIF G39008321)</w:t>
      </w:r>
    </w:p>
    <w:p>
      <w:r>
        <w:t xml:space="preserve">HOSPITAL LA VEGA GRUPO HLA, S..L.U., con NIF B73923120, adjudicataria del contrato «Servicios de la especialidad de psiquiatría y psicología, en régimen ambulatorio, en el ámbito territorial de Girona/Olot, Barcelona, Madrid, Málaga, Valencia, Palencia/Burgos, León, Vigo y Murcia para Mutua Montañesa», lote 9, expediente 2022-002-173, adjudicado el 20/03/2023 por 5.760,00 €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01/05/2023 a 01/05/2025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