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HISPANO INDUSTRIAS SVELT S.L.</w:t>
      </w:r>
    </w:p>
    <w:p>
      <w:r>
        <w:t>NIF B33667551.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