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HISPANO INDUSTRIAS SVELT S.L.</w:t>
      </w:r>
    </w:p>
    <w:p>
      <w:r>
        <w:t>NIF B33667551. Contratos públicos adjudicados en los tres últimos años (servicios), del 02/11/2023 al 02/11/2026,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Contratación del suministro de siete (7) escaleras metálicas móviles con plataforma de acceso a las locomotoras. · exp. TSA0082405</w:t>
            </w:r>
          </w:p>
        </w:tc>
        <w:tc>
          <w:tcPr>
            <w:tcW w:type="dxa" w:w="1440"/>
          </w:tcPr>
          <w:p>
            <w:r>
              <w:t>Empresa de Transformación Agraria S.A.,S.M.E., M.P., (TRAGSA) · NIF A28476208</w:t>
            </w:r>
          </w:p>
        </w:tc>
        <w:tc>
          <w:tcPr>
            <w:tcW w:type="dxa" w:w="1440"/>
          </w:tcPr>
          <w:p>
            <w:r>
              <w:t>62.930,00 €</w:t>
            </w:r>
          </w:p>
        </w:tc>
        <w:tc>
          <w:tcPr>
            <w:tcW w:type="dxa" w:w="1440"/>
          </w:tcPr>
          <w:p>
            <w:r>
              <w:t>10/04/2026</w:t>
            </w:r>
          </w:p>
        </w:tc>
        <w:tc>
          <w:tcPr>
            <w:tcW w:type="dxa" w:w="1440"/>
          </w:tcPr>
          <w:p>
            <w:r>
              <w:t>12/05/2026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Plataformas móviles para mantenimiento de aeronaves · exp. 2024/EA26/00001450E</w:t>
            </w:r>
          </w:p>
        </w:tc>
        <w:tc>
          <w:tcPr>
            <w:tcW w:type="dxa" w:w="1440"/>
          </w:tcPr>
          <w:p>
            <w:r>
              <w:t>Jefatura de la Sección Económico-Administrativa 26 - Base Aérea de Zaragoza (Agrupación BASE) · NIF S5022001A</w:t>
            </w:r>
          </w:p>
        </w:tc>
        <w:tc>
          <w:tcPr>
            <w:tcW w:type="dxa" w:w="1440"/>
          </w:tcPr>
          <w:p>
            <w:r>
              <w:t>117.564,00 €</w:t>
            </w:r>
          </w:p>
        </w:tc>
        <w:tc>
          <w:tcPr>
            <w:tcW w:type="dxa" w:w="1440"/>
          </w:tcPr>
          <w:p>
            <w:r>
              <w:t>11/09/2024</w:t>
            </w:r>
          </w:p>
        </w:tc>
        <w:tc>
          <w:tcPr>
            <w:tcW w:type="dxa" w:w="1440"/>
          </w:tcPr>
          <w:p>
            <w:r>
              <w:t>02/09/2024 – 15/12/2024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180.494,00 € sin IVA, en 2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Empresa de Transformación Agraria S.A.,S.M.E., M.P., (TRAGSA) (NIF A28476208)</w:t>
      </w:r>
    </w:p>
    <w:p>
      <w:r>
        <w:t xml:space="preserve">HISPANO INDUSTRIAS SVELT S.L., con NIF B33667551, adjudicataria del contrato «Contratación del suministro de siete (7) escaleras metálicas móviles con plataforma de acceso a las locomotoras.», expediente TSA0082405, adjudicado el 10/04/2026 por 62.930,00 €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12/05/2026 a 12/05/2027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Jefatura de la Sección Económico-Administrativa 26 - Base Aérea de Zaragoza (Agrupación BASE) (NIF S5022001A)</w:t>
      </w:r>
    </w:p>
    <w:p>
      <w:r>
        <w:t xml:space="preserve">HISPANO INDUSTRIAS SVELT S.L., con NIF B33667551, adjudicataria del contrato «Plataformas móviles para mantenimiento de aeronaves», expediente 2024/EA26/00001450E, adjudicado el 11/09/2024 por 117.564,00 €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02/09/2024 a 15/12/2024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