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HISPANA DE INSTALACIONES TÉCNICAS INDUSTRIALES, S.A.</w:t>
      </w:r>
    </w:p>
    <w:p>
      <w:r>
        <w:t>NIF A03042181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