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HIDROMEK MAQUINARIA DE CONSTRUCCIÓN ESPAÑA SL</w:t>
      </w:r>
    </w:p>
    <w:p>
      <w:r>
        <w:t>NIF B64318314. Contratos públicos adjudicados en los tres últimos años (servicios), del 06/11/2023 al 06/11/2026,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Acuerdo Marco para la adquisición de camiones volquete y remolques, tractores de cadenas, excavadoras de cadenas y excavadoras de ruedas para la UME. (lote 3) · exp. 2026/SP03038000/00000485E</w:t>
            </w:r>
          </w:p>
        </w:tc>
        <w:tc>
          <w:tcPr>
            <w:tcW w:type="dxa" w:w="1440"/>
          </w:tcPr>
          <w:p>
            <w:r>
              <w:t>Jefatura de la Sección de Asuntos Económicos de la Unidad Militar de Emergencias · NIF S2800475B</w:t>
            </w:r>
          </w:p>
        </w:tc>
        <w:tc>
          <w:tcPr>
            <w:tcW w:type="dxa" w:w="1440"/>
          </w:tcPr>
          <w:p>
            <w:r>
              <w:t>3.967.000,00 €</w:t>
            </w:r>
          </w:p>
        </w:tc>
        <w:tc>
          <w:tcPr>
            <w:tcW w:type="dxa" w:w="1440"/>
          </w:tcPr>
          <w:p>
            <w:r>
              <w:t>05/11/2026</w:t>
            </w:r>
          </w:p>
        </w:tc>
        <w:tc>
          <w:tcPr>
            <w:tcW w:type="dxa" w:w="1440"/>
          </w:tcPr>
          <w:p>
            <w:r>
              <w:t>01/01/2027 – en curso</w:t>
            </w:r>
          </w:p>
        </w:tc>
        <w:tc>
          <w:tcPr>
            <w:tcW w:type="dxa" w:w="1440"/>
          </w:tcPr>
          <w:p>
            <w:r>
              <w:rPr>
                <w:highlight w:val="yellow"/>
              </w:rPr>
              <w:t>rellenar</w:t>
            </w:r>
          </w:p>
        </w:tc>
      </w:tr>
      <w:tr>
        <w:tc>
          <w:tcPr>
            <w:tcW w:type="dxa" w:w="1440"/>
          </w:tcPr>
          <w:p>
            <w:r>
              <w:t>Contratación del suministro de quince (15) unidades de maquinaria de excavación y carga (Tipo obra pública) (lote 1) · exp. TSA0083566</w:t>
            </w:r>
          </w:p>
        </w:tc>
        <w:tc>
          <w:tcPr>
            <w:tcW w:type="dxa" w:w="1440"/>
          </w:tcPr>
          <w:p>
            <w:r>
              <w:t>Empresa de Transformación Agraria S.A.,S.M.E., M.P., (TRAGSA) · NIF A28476208</w:t>
            </w:r>
          </w:p>
        </w:tc>
        <w:tc>
          <w:tcPr>
            <w:tcW w:type="dxa" w:w="1440"/>
          </w:tcPr>
          <w:p>
            <w:r>
              <w:t>913.500,00 €</w:t>
            </w:r>
          </w:p>
        </w:tc>
        <w:tc>
          <w:tcPr>
            <w:tcW w:type="dxa" w:w="1440"/>
          </w:tcPr>
          <w:p>
            <w:r>
              <w:t>15/10/2026</w:t>
            </w:r>
          </w:p>
        </w:tc>
        <w:tc>
          <w:tcPr>
            <w:tcW w:type="dxa" w:w="1440"/>
          </w:tcPr>
          <w:p>
            <w:r>
              <w:t>18/09/2026 – en curso</w:t>
            </w:r>
          </w:p>
        </w:tc>
        <w:tc>
          <w:tcPr>
            <w:tcW w:type="dxa" w:w="1440"/>
          </w:tcPr>
          <w:p>
            <w:r>
              <w:rPr>
                <w:highlight w:val="yellow"/>
              </w:rPr>
              <w:t>rellenar</w:t>
            </w:r>
          </w:p>
        </w:tc>
      </w:tr>
      <w:tr>
        <w:tc>
          <w:tcPr>
            <w:tcW w:type="dxa" w:w="1440"/>
          </w:tcPr>
          <w:p>
            <w:r>
              <w:t>Adquisición de dos excavadoras · exp. 2026/ETSAE0906/00001443E</w:t>
            </w:r>
          </w:p>
        </w:tc>
        <w:tc>
          <w:tcPr>
            <w:tcW w:type="dxa" w:w="1440"/>
          </w:tcPr>
          <w:p>
            <w:r>
              <w:t>Jefatura de Asuntos Económicos del Mando de Apoyo Logístico · NIF S2800811H</w:t>
            </w:r>
          </w:p>
        </w:tc>
        <w:tc>
          <w:tcPr>
            <w:tcW w:type="dxa" w:w="1440"/>
          </w:tcPr>
          <w:p>
            <w:r>
              <w:t>672.200,00 €</w:t>
            </w:r>
          </w:p>
        </w:tc>
        <w:tc>
          <w:tcPr>
            <w:tcW w:type="dxa" w:w="1440"/>
          </w:tcPr>
          <w:p>
            <w:r>
              <w:t>14/05/2026</w:t>
            </w:r>
          </w:p>
        </w:tc>
        <w:tc>
          <w:tcPr>
            <w:tcW w:type="dxa" w:w="1440"/>
          </w:tcPr>
          <w:p>
            <w:r>
              <w:t>18/05/2026 – en curso</w:t>
            </w:r>
          </w:p>
        </w:tc>
        <w:tc>
          <w:tcPr>
            <w:tcW w:type="dxa" w:w="1440"/>
          </w:tcPr>
          <w:p>
            <w:r>
              <w:rPr>
                <w:highlight w:val="yellow"/>
              </w:rPr>
              <w:t>rellenar</w:t>
            </w:r>
          </w:p>
        </w:tc>
      </w:tr>
      <w:tr>
        <w:tc>
          <w:tcPr>
            <w:tcW w:type="dxa" w:w="1440"/>
          </w:tcPr>
          <w:p>
            <w:r>
              <w:t>Adquisición de dos palas retroexcavadoras mixtas y 2 kit implementos no de serie · exp. 2026/ETSAE0906/00001477E</w:t>
            </w:r>
          </w:p>
        </w:tc>
        <w:tc>
          <w:tcPr>
            <w:tcW w:type="dxa" w:w="1440"/>
          </w:tcPr>
          <w:p>
            <w:r>
              <w:t>Jefatura de Asuntos Económicos del Mando de Apoyo Logístico · NIF S2800811H</w:t>
            </w:r>
          </w:p>
        </w:tc>
        <w:tc>
          <w:tcPr>
            <w:tcW w:type="dxa" w:w="1440"/>
          </w:tcPr>
          <w:p>
            <w:r>
              <w:t>279.400,00 €</w:t>
            </w:r>
          </w:p>
        </w:tc>
        <w:tc>
          <w:tcPr>
            <w:tcW w:type="dxa" w:w="1440"/>
          </w:tcPr>
          <w:p>
            <w:r>
              <w:t>06/04/2026</w:t>
            </w:r>
          </w:p>
        </w:tc>
        <w:tc>
          <w:tcPr>
            <w:tcW w:type="dxa" w:w="1440"/>
          </w:tcPr>
          <w:p>
            <w:r>
              <w:t>06/04/2026 – en curso</w:t>
            </w:r>
          </w:p>
        </w:tc>
        <w:tc>
          <w:tcPr>
            <w:tcW w:type="dxa" w:w="1440"/>
          </w:tcPr>
          <w:p>
            <w:r>
              <w:rPr>
                <w:highlight w:val="yellow"/>
              </w:rPr>
              <w:t>rellenar</w:t>
            </w:r>
          </w:p>
        </w:tc>
      </w:tr>
      <w:tr>
        <w:tc>
          <w:tcPr>
            <w:tcW w:type="dxa" w:w="1440"/>
          </w:tcPr>
          <w:p>
            <w:r>
              <w:t>Contratación del suministro de doce (12) unidades de maquinaria de excavación, carga y manipulación (tipo obra pública). (lote 2) · exp. TSA0080967</w:t>
            </w:r>
          </w:p>
        </w:tc>
        <w:tc>
          <w:tcPr>
            <w:tcW w:type="dxa" w:w="1440"/>
          </w:tcPr>
          <w:p>
            <w:r>
              <w:t>Empresa de Transformación Agraria S.A.,S.M.E., M.P., (TRAGSA) · NIF A28476208</w:t>
            </w:r>
          </w:p>
        </w:tc>
        <w:tc>
          <w:tcPr>
            <w:tcW w:type="dxa" w:w="1440"/>
          </w:tcPr>
          <w:p>
            <w:r>
              <w:t>75.084,72 €</w:t>
            </w:r>
          </w:p>
        </w:tc>
        <w:tc>
          <w:tcPr>
            <w:tcW w:type="dxa" w:w="1440"/>
          </w:tcPr>
          <w:p>
            <w:r>
              <w:t>30/11/2025</w:t>
            </w:r>
          </w:p>
        </w:tc>
        <w:tc>
          <w:tcPr>
            <w:tcW w:type="dxa" w:w="1440"/>
          </w:tcPr>
          <w:p>
            <w:r>
              <w:t>09/01/2026 – en curso</w:t>
            </w:r>
          </w:p>
        </w:tc>
        <w:tc>
          <w:tcPr>
            <w:tcW w:type="dxa" w:w="1440"/>
          </w:tcPr>
          <w:p>
            <w:r>
              <w:rPr>
                <w:highlight w:val="yellow"/>
              </w:rPr>
              <w:t>rellenar</w:t>
            </w:r>
          </w:p>
        </w:tc>
      </w:tr>
      <w:tr>
        <w:tc>
          <w:tcPr>
            <w:tcW w:type="dxa" w:w="1440"/>
          </w:tcPr>
          <w:p>
            <w:r>
              <w:t>Contratación del Suministro de Siete (7) Unidades de Maquinaria de Excavación y Carga con contrato de Conservación M+C (Tipo Obra Pública) (lote 1) · exp. TSA0081141</w:t>
            </w:r>
          </w:p>
        </w:tc>
        <w:tc>
          <w:tcPr>
            <w:tcW w:type="dxa" w:w="1440"/>
          </w:tcPr>
          <w:p>
            <w:r>
              <w:t>Empresa de Transformación Agraria S.A.,S.M.E., M.P., (TRAGSA) · NIF A28476208</w:t>
            </w:r>
          </w:p>
        </w:tc>
        <w:tc>
          <w:tcPr>
            <w:tcW w:type="dxa" w:w="1440"/>
          </w:tcPr>
          <w:p>
            <w:r>
              <w:t>341.000,00 €</w:t>
            </w:r>
          </w:p>
        </w:tc>
        <w:tc>
          <w:tcPr>
            <w:tcW w:type="dxa" w:w="1440"/>
          </w:tcPr>
          <w:p>
            <w:r>
              <w:t>28/10/2025</w:t>
            </w:r>
          </w:p>
        </w:tc>
        <w:tc>
          <w:tcPr>
            <w:tcW w:type="dxa" w:w="1440"/>
          </w:tcPr>
          <w:p>
            <w:r>
              <w:t>24/11/2025 – en curso</w:t>
            </w:r>
          </w:p>
        </w:tc>
        <w:tc>
          <w:tcPr>
            <w:tcW w:type="dxa" w:w="1440"/>
          </w:tcPr>
          <w:p>
            <w:r>
              <w:rPr>
                <w:highlight w:val="yellow"/>
              </w:rPr>
              <w:t>rellenar</w:t>
            </w:r>
          </w:p>
        </w:tc>
      </w:tr>
      <w:tr>
        <w:tc>
          <w:tcPr>
            <w:tcW w:type="dxa" w:w="1440"/>
          </w:tcPr>
          <w:p>
            <w:r>
              <w:t>Contratación del Suministro de Siete (7) Unidades de Maquinaria de Excavación y Carga con contrato de Conservación M+C (Tipo Obra Pública) (lote 2) · exp. TSA0081141</w:t>
            </w:r>
          </w:p>
        </w:tc>
        <w:tc>
          <w:tcPr>
            <w:tcW w:type="dxa" w:w="1440"/>
          </w:tcPr>
          <w:p>
            <w:r>
              <w:t>Empresa de Transformación Agraria S.A.,S.M.E., M.P., (TRAGSA) · NIF A28476208</w:t>
            </w:r>
          </w:p>
        </w:tc>
        <w:tc>
          <w:tcPr>
            <w:tcW w:type="dxa" w:w="1440"/>
          </w:tcPr>
          <w:p>
            <w:r>
              <w:t>269.000,00 €</w:t>
            </w:r>
          </w:p>
        </w:tc>
        <w:tc>
          <w:tcPr>
            <w:tcW w:type="dxa" w:w="1440"/>
          </w:tcPr>
          <w:p>
            <w:r>
              <w:t>28/10/2025</w:t>
            </w:r>
          </w:p>
        </w:tc>
        <w:tc>
          <w:tcPr>
            <w:tcW w:type="dxa" w:w="1440"/>
          </w:tcPr>
          <w:p>
            <w:r>
              <w:t>24/11/2025 – en curso</w:t>
            </w:r>
          </w:p>
        </w:tc>
        <w:tc>
          <w:tcPr>
            <w:tcW w:type="dxa" w:w="1440"/>
          </w:tcPr>
          <w:p>
            <w:r>
              <w:rPr>
                <w:highlight w:val="yellow"/>
              </w:rPr>
              <w:t>rellenar</w:t>
            </w:r>
          </w:p>
        </w:tc>
      </w:tr>
      <w:tr>
        <w:tc>
          <w:tcPr>
            <w:tcW w:type="dxa" w:w="1440"/>
          </w:tcPr>
          <w:p>
            <w:r>
              <w:t>Contratación del Suministro de Siete (7) Unidades de Maquinaria de Excavación y Carga con contrato de Conservación M+C (Tipo Obra Pública) (lote 4) · exp. TSA0081141</w:t>
            </w:r>
          </w:p>
        </w:tc>
        <w:tc>
          <w:tcPr>
            <w:tcW w:type="dxa" w:w="1440"/>
          </w:tcPr>
          <w:p>
            <w:r>
              <w:t>Empresa de Transformación Agraria S.A.,S.M.E., M.P., (TRAGSA) · NIF A28476208</w:t>
            </w:r>
          </w:p>
        </w:tc>
        <w:tc>
          <w:tcPr>
            <w:tcW w:type="dxa" w:w="1440"/>
          </w:tcPr>
          <w:p>
            <w:r>
              <w:t>430.000,00 €</w:t>
            </w:r>
          </w:p>
        </w:tc>
        <w:tc>
          <w:tcPr>
            <w:tcW w:type="dxa" w:w="1440"/>
          </w:tcPr>
          <w:p>
            <w:r>
              <w:t>28/10/2025</w:t>
            </w:r>
          </w:p>
        </w:tc>
        <w:tc>
          <w:tcPr>
            <w:tcW w:type="dxa" w:w="1440"/>
          </w:tcPr>
          <w:p>
            <w:r>
              <w:t>24/11/2025 – en curso</w:t>
            </w:r>
          </w:p>
        </w:tc>
        <w:tc>
          <w:tcPr>
            <w:tcW w:type="dxa" w:w="1440"/>
          </w:tcPr>
          <w:p>
            <w:r>
              <w:rPr>
                <w:highlight w:val="yellow"/>
              </w:rPr>
              <w:t>rellenar</w:t>
            </w:r>
          </w:p>
        </w:tc>
      </w:tr>
      <w:tr>
        <w:tc>
          <w:tcPr>
            <w:tcW w:type="dxa" w:w="1440"/>
          </w:tcPr>
          <w:p>
            <w:r>
              <w:t>Suministro de una retroexcavadora giratoria, para el Grupo Operativo de Intervenciones (GOIT) de la Dirección General de la Policía · exp. Z25AU026/D2F</w:t>
            </w:r>
          </w:p>
        </w:tc>
        <w:tc>
          <w:tcPr>
            <w:tcW w:type="dxa" w:w="1440"/>
          </w:tcPr>
          <w:p>
            <w:r>
              <w:t>División Económica y Técnica (Cuerpo Nacional de Policía) · NIF S2816015H</w:t>
            </w:r>
          </w:p>
        </w:tc>
        <w:tc>
          <w:tcPr>
            <w:tcW w:type="dxa" w:w="1440"/>
          </w:tcPr>
          <w:p>
            <w:r>
              <w:t>124.950,00 €</w:t>
            </w:r>
          </w:p>
        </w:tc>
        <w:tc>
          <w:tcPr>
            <w:tcW w:type="dxa" w:w="1440"/>
          </w:tcPr>
          <w:p>
            <w:r>
              <w:t>17/09/2025</w:t>
            </w:r>
          </w:p>
        </w:tc>
        <w:tc>
          <w:tcPr>
            <w:tcW w:type="dxa" w:w="1440"/>
          </w:tcPr>
          <w:p>
            <w:r>
              <w:t>21/10/2025 – 19/02/2026</w:t>
            </w:r>
          </w:p>
        </w:tc>
        <w:tc>
          <w:tcPr>
            <w:tcW w:type="dxa" w:w="1440"/>
          </w:tcPr>
          <w:p>
            <w:r>
              <w:rPr>
                <w:highlight w:val="yellow"/>
              </w:rPr>
              <w:t>rellenar</w:t>
            </w:r>
          </w:p>
        </w:tc>
      </w:tr>
      <w:tr>
        <w:tc>
          <w:tcPr>
            <w:tcW w:type="dxa" w:w="1440"/>
          </w:tcPr>
          <w:p>
            <w:r>
              <w:t>Adquisición retroexcavadoras mixtas · exp. 2025/ETSAE0906/00002535E</w:t>
            </w:r>
          </w:p>
        </w:tc>
        <w:tc>
          <w:tcPr>
            <w:tcW w:type="dxa" w:w="1440"/>
          </w:tcPr>
          <w:p>
            <w:r>
              <w:t>Jefatura de Asuntos Económicos del Mando de Apoyo Logístico · NIF S2800811H</w:t>
            </w:r>
          </w:p>
        </w:tc>
        <w:tc>
          <w:tcPr>
            <w:tcW w:type="dxa" w:w="1440"/>
          </w:tcPr>
          <w:p>
            <w:r>
              <w:t>1.209.800,00 €</w:t>
            </w:r>
          </w:p>
        </w:tc>
        <w:tc>
          <w:tcPr>
            <w:tcW w:type="dxa" w:w="1440"/>
          </w:tcPr>
          <w:p>
            <w:r>
              <w:t>05/08/2025</w:t>
            </w:r>
          </w:p>
        </w:tc>
        <w:tc>
          <w:tcPr>
            <w:tcW w:type="dxa" w:w="1440"/>
          </w:tcPr>
          <w:p>
            <w:r>
              <w:t>05/08/2025 – 15/12/2025</w:t>
            </w:r>
          </w:p>
        </w:tc>
        <w:tc>
          <w:tcPr>
            <w:tcW w:type="dxa" w:w="1440"/>
          </w:tcPr>
          <w:p>
            <w:r>
              <w:rPr>
                <w:highlight w:val="yellow"/>
              </w:rPr>
              <w:t>rellenar</w:t>
            </w:r>
          </w:p>
        </w:tc>
      </w:tr>
      <w:tr>
        <w:tc>
          <w:tcPr>
            <w:tcW w:type="dxa" w:w="1440"/>
          </w:tcPr>
          <w:p>
            <w:r>
              <w:t>Adquisición dos motoniveladoras pesadas · exp. 2025/ETSAE0906/00002237E</w:t>
            </w:r>
          </w:p>
        </w:tc>
        <w:tc>
          <w:tcPr>
            <w:tcW w:type="dxa" w:w="1440"/>
          </w:tcPr>
          <w:p>
            <w:r>
              <w:t>Jefatura de Asuntos Económicos del Mando de Apoyo Logístico · NIF S2800811H</w:t>
            </w:r>
          </w:p>
        </w:tc>
        <w:tc>
          <w:tcPr>
            <w:tcW w:type="dxa" w:w="1440"/>
          </w:tcPr>
          <w:p>
            <w:r>
              <w:t>863.140,00 €</w:t>
            </w:r>
          </w:p>
        </w:tc>
        <w:tc>
          <w:tcPr>
            <w:tcW w:type="dxa" w:w="1440"/>
          </w:tcPr>
          <w:p>
            <w:r>
              <w:t>30/07/2025</w:t>
            </w:r>
          </w:p>
        </w:tc>
        <w:tc>
          <w:tcPr>
            <w:tcW w:type="dxa" w:w="1440"/>
          </w:tcPr>
          <w:p>
            <w:r>
              <w:t>30/07/2025 – 15/12/2025</w:t>
            </w:r>
          </w:p>
        </w:tc>
        <w:tc>
          <w:tcPr>
            <w:tcW w:type="dxa" w:w="1440"/>
          </w:tcPr>
          <w:p>
            <w:r>
              <w:rPr>
                <w:highlight w:val="yellow"/>
              </w:rPr>
              <w:t>rellenar</w:t>
            </w:r>
          </w:p>
        </w:tc>
      </w:tr>
      <w:tr>
        <w:tc>
          <w:tcPr>
            <w:tcW w:type="dxa" w:w="1440"/>
          </w:tcPr>
          <w:p>
            <w:r>
              <w:t>adquisición excavadoras de cadenas con implementos · exp. 2025/ETSAE0906/00002228E</w:t>
            </w:r>
          </w:p>
        </w:tc>
        <w:tc>
          <w:tcPr>
            <w:tcW w:type="dxa" w:w="1440"/>
          </w:tcPr>
          <w:p>
            <w:r>
              <w:t>Jefatura de Asuntos Económicos del Mando de Apoyo Logístico · NIF S2800811H</w:t>
            </w:r>
          </w:p>
        </w:tc>
        <w:tc>
          <w:tcPr>
            <w:tcW w:type="dxa" w:w="1440"/>
          </w:tcPr>
          <w:p>
            <w:r>
              <w:t>874.800,00 €</w:t>
            </w:r>
          </w:p>
        </w:tc>
        <w:tc>
          <w:tcPr>
            <w:tcW w:type="dxa" w:w="1440"/>
          </w:tcPr>
          <w:p>
            <w:r>
              <w:t>22/07/2025</w:t>
            </w:r>
          </w:p>
        </w:tc>
        <w:tc>
          <w:tcPr>
            <w:tcW w:type="dxa" w:w="1440"/>
          </w:tcPr>
          <w:p>
            <w:r>
              <w:t>22/07/2025 – 15/12/2025</w:t>
            </w:r>
          </w:p>
        </w:tc>
        <w:tc>
          <w:tcPr>
            <w:tcW w:type="dxa" w:w="1440"/>
          </w:tcPr>
          <w:p>
            <w:r>
              <w:rPr>
                <w:highlight w:val="yellow"/>
              </w:rPr>
              <w:t>rellenar</w:t>
            </w:r>
          </w:p>
        </w:tc>
      </w:tr>
      <w:tr>
        <w:tc>
          <w:tcPr>
            <w:tcW w:type="dxa" w:w="1440"/>
          </w:tcPr>
          <w:p>
            <w:r>
              <w:t>Adquisición de dos mini retrocargadoras para GOIT · exp. Z25AU011/F2F</w:t>
            </w:r>
          </w:p>
        </w:tc>
        <w:tc>
          <w:tcPr>
            <w:tcW w:type="dxa" w:w="1440"/>
          </w:tcPr>
          <w:p>
            <w:r>
              <w:t>División Económica y Técnica (Cuerpo Nacional de Policía) · NIF S2816015H</w:t>
            </w:r>
          </w:p>
        </w:tc>
        <w:tc>
          <w:tcPr>
            <w:tcW w:type="dxa" w:w="1440"/>
          </w:tcPr>
          <w:p>
            <w:r>
              <w:t>115.953,60 €</w:t>
            </w:r>
          </w:p>
        </w:tc>
        <w:tc>
          <w:tcPr>
            <w:tcW w:type="dxa" w:w="1440"/>
          </w:tcPr>
          <w:p>
            <w:r>
              <w:t>30/04/2025</w:t>
            </w:r>
          </w:p>
        </w:tc>
        <w:tc>
          <w:tcPr>
            <w:tcW w:type="dxa" w:w="1440"/>
          </w:tcPr>
          <w:p>
            <w:r>
              <w:t>03/06/2025 – 02/08/2025</w:t>
            </w:r>
          </w:p>
        </w:tc>
        <w:tc>
          <w:tcPr>
            <w:tcW w:type="dxa" w:w="1440"/>
          </w:tcPr>
          <w:p>
            <w:r>
              <w:rPr>
                <w:highlight w:val="yellow"/>
              </w:rPr>
              <w:t>rellenar</w:t>
            </w:r>
          </w:p>
        </w:tc>
      </w:tr>
      <w:tr>
        <w:tc>
          <w:tcPr>
            <w:tcW w:type="dxa" w:w="1440"/>
          </w:tcPr>
          <w:p>
            <w:r>
              <w:t>Adquisición 16 implementos no de serie (MIXTA) · exp. 2025/ETSAE0906/00000723E</w:t>
            </w:r>
          </w:p>
        </w:tc>
        <w:tc>
          <w:tcPr>
            <w:tcW w:type="dxa" w:w="1440"/>
          </w:tcPr>
          <w:p>
            <w:r>
              <w:t>Jefatura de Asuntos Económicos del Mando de Apoyo Logístico · NIF S2800811H</w:t>
            </w:r>
          </w:p>
        </w:tc>
        <w:tc>
          <w:tcPr>
            <w:tcW w:type="dxa" w:w="1440"/>
          </w:tcPr>
          <w:p>
            <w:r>
              <w:t>499.200,00 €</w:t>
            </w:r>
          </w:p>
        </w:tc>
        <w:tc>
          <w:tcPr>
            <w:tcW w:type="dxa" w:w="1440"/>
          </w:tcPr>
          <w:p>
            <w:r>
              <w:t>26/04/2025</w:t>
            </w:r>
          </w:p>
        </w:tc>
        <w:tc>
          <w:tcPr>
            <w:tcW w:type="dxa" w:w="1440"/>
          </w:tcPr>
          <w:p>
            <w:r>
              <w:t>26/04/2025 – 15/12/2025</w:t>
            </w:r>
          </w:p>
        </w:tc>
        <w:tc>
          <w:tcPr>
            <w:tcW w:type="dxa" w:w="1440"/>
          </w:tcPr>
          <w:p>
            <w:r>
              <w:rPr>
                <w:highlight w:val="yellow"/>
              </w:rPr>
              <w:t>rellenar</w:t>
            </w:r>
          </w:p>
        </w:tc>
      </w:tr>
      <w:tr>
        <w:tc>
          <w:tcPr>
            <w:tcW w:type="dxa" w:w="1440"/>
          </w:tcPr>
          <w:p>
            <w:r>
              <w:t>Expediente de Emergencia para la adquisición de material diverso. DANA 2024 (Cap.6) (lote 10) · exp. 2024/SP03038000/00005717E</w:t>
            </w:r>
          </w:p>
        </w:tc>
        <w:tc>
          <w:tcPr>
            <w:tcW w:type="dxa" w:w="1440"/>
          </w:tcPr>
          <w:p>
            <w:r>
              <w:t>Jefatura de la Sección de Asuntos Económicos de la Unidad Militar de Emergencias · NIF S2800475B</w:t>
            </w:r>
          </w:p>
        </w:tc>
        <w:tc>
          <w:tcPr>
            <w:tcW w:type="dxa" w:w="1440"/>
          </w:tcPr>
          <w:p>
            <w:r>
              <w:t>667.500,00 €</w:t>
            </w:r>
          </w:p>
        </w:tc>
        <w:tc>
          <w:tcPr>
            <w:tcW w:type="dxa" w:w="1440"/>
          </w:tcPr>
          <w:p>
            <w:r>
              <w:t>30/12/2024</w:t>
            </w:r>
          </w:p>
        </w:tc>
        <w:tc>
          <w:tcPr>
            <w:tcW w:type="dxa" w:w="1440"/>
          </w:tcPr>
          <w:p>
            <w:r>
              <w:t>30/10/2024 – 30/01/2025</w:t>
            </w:r>
          </w:p>
        </w:tc>
        <w:tc>
          <w:tcPr>
            <w:tcW w:type="dxa" w:w="1440"/>
          </w:tcPr>
          <w:p>
            <w:r>
              <w:rPr>
                <w:highlight w:val="yellow"/>
              </w:rPr>
              <w:t>rellenar</w:t>
            </w:r>
          </w:p>
        </w:tc>
      </w:tr>
      <w:tr>
        <w:tc>
          <w:tcPr>
            <w:tcW w:type="dxa" w:w="1440"/>
          </w:tcPr>
          <w:p>
            <w:r>
              <w:t>Contratación del suministro de seis (6) unidades de maquinaria de nivelación y compactación (tipo obra pública). (lote 1) · exp. TSA0078399</w:t>
            </w:r>
          </w:p>
        </w:tc>
        <w:tc>
          <w:tcPr>
            <w:tcW w:type="dxa" w:w="1440"/>
          </w:tcPr>
          <w:p>
            <w:r>
              <w:t>Empresa de Transformación Agraria S.A.,S.M.E., M.P., (TRAGSA) · NIF A28476208</w:t>
            </w:r>
          </w:p>
        </w:tc>
        <w:tc>
          <w:tcPr>
            <w:tcW w:type="dxa" w:w="1440"/>
          </w:tcPr>
          <w:p>
            <w:r>
              <w:t>279.000,00 €</w:t>
            </w:r>
          </w:p>
        </w:tc>
        <w:tc>
          <w:tcPr>
            <w:tcW w:type="dxa" w:w="1440"/>
          </w:tcPr>
          <w:p>
            <w:r>
              <w:t>18/12/2024</w:t>
            </w:r>
          </w:p>
        </w:tc>
        <w:tc>
          <w:tcPr>
            <w:tcW w:type="dxa" w:w="1440"/>
          </w:tcPr>
          <w:p>
            <w:r>
              <w:t>21/10/2024 – 21/10/2025</w:t>
            </w:r>
          </w:p>
        </w:tc>
        <w:tc>
          <w:tcPr>
            <w:tcW w:type="dxa" w:w="1440"/>
          </w:tcPr>
          <w:p>
            <w:r>
              <w:rPr>
                <w:highlight w:val="yellow"/>
              </w:rPr>
              <w:t>rellenar</w:t>
            </w:r>
          </w:p>
        </w:tc>
      </w:tr>
      <w:tr>
        <w:tc>
          <w:tcPr>
            <w:tcW w:type="dxa" w:w="1440"/>
          </w:tcPr>
          <w:p>
            <w:r>
              <w:t>Adquisición 10 maquinas pala cargadora retroexcavadora (mixta) · exp. 2024/ETSAE0906/00004230E</w:t>
            </w:r>
          </w:p>
        </w:tc>
        <w:tc>
          <w:tcPr>
            <w:tcW w:type="dxa" w:w="1440"/>
          </w:tcPr>
          <w:p>
            <w:r>
              <w:t>Jefatura de Asuntos Económicos del Mando de Apoyo Logístico · NIF S2800811H</w:t>
            </w:r>
          </w:p>
        </w:tc>
        <w:tc>
          <w:tcPr>
            <w:tcW w:type="dxa" w:w="1440"/>
          </w:tcPr>
          <w:p>
            <w:r>
              <w:t>1.085.000,00 €</w:t>
            </w:r>
          </w:p>
        </w:tc>
        <w:tc>
          <w:tcPr>
            <w:tcW w:type="dxa" w:w="1440"/>
          </w:tcPr>
          <w:p>
            <w:r>
              <w:t>22/11/2024</w:t>
            </w:r>
          </w:p>
        </w:tc>
        <w:tc>
          <w:tcPr>
            <w:tcW w:type="dxa" w:w="1440"/>
          </w:tcPr>
          <w:p>
            <w:r>
              <w:t>22/11/2024 – 15/12/2024</w:t>
            </w:r>
          </w:p>
        </w:tc>
        <w:tc>
          <w:tcPr>
            <w:tcW w:type="dxa" w:w="1440"/>
          </w:tcPr>
          <w:p>
            <w:r>
              <w:rPr>
                <w:highlight w:val="yellow"/>
              </w:rPr>
              <w:t>rellenar</w:t>
            </w:r>
          </w:p>
        </w:tc>
      </w:tr>
      <w:tr>
        <w:tc>
          <w:tcPr>
            <w:tcW w:type="dxa" w:w="1440"/>
          </w:tcPr>
          <w:p>
            <w:r>
              <w:t>plater adquisición tres excavadoras · exp. 2024/ETSAE0906/00004068E</w:t>
            </w:r>
          </w:p>
        </w:tc>
        <w:tc>
          <w:tcPr>
            <w:tcW w:type="dxa" w:w="1440"/>
          </w:tcPr>
          <w:p>
            <w:r>
              <w:t>Jefatura de Asuntos Económicos del Mando de Apoyo Logístico · NIF S2800811H</w:t>
            </w:r>
          </w:p>
        </w:tc>
        <w:tc>
          <w:tcPr>
            <w:tcW w:type="dxa" w:w="1440"/>
          </w:tcPr>
          <w:p>
            <w:r>
              <w:t>775.500,00 €</w:t>
            </w:r>
          </w:p>
        </w:tc>
        <w:tc>
          <w:tcPr>
            <w:tcW w:type="dxa" w:w="1440"/>
          </w:tcPr>
          <w:p>
            <w:r>
              <w:t>19/11/2024</w:t>
            </w:r>
          </w:p>
        </w:tc>
        <w:tc>
          <w:tcPr>
            <w:tcW w:type="dxa" w:w="1440"/>
          </w:tcPr>
          <w:p>
            <w:r>
              <w:t>22/11/2024 – 15/12/2024</w:t>
            </w:r>
          </w:p>
        </w:tc>
        <w:tc>
          <w:tcPr>
            <w:tcW w:type="dxa" w:w="1440"/>
          </w:tcPr>
          <w:p>
            <w:r>
              <w:rPr>
                <w:highlight w:val="yellow"/>
              </w:rPr>
              <w:t>rellenar</w:t>
            </w:r>
          </w:p>
        </w:tc>
      </w:tr>
      <w:tr>
        <w:tc>
          <w:tcPr>
            <w:tcW w:type="dxa" w:w="1440"/>
          </w:tcPr>
          <w:p>
            <w:r>
              <w:t>Contratación del Suministro de Ocho (8) Unidades de Maquinaria de Excavación, Carga y Manipulación (Tipo Obra Pública) (lote 01) · exp. TSA0077738</w:t>
            </w:r>
          </w:p>
        </w:tc>
        <w:tc>
          <w:tcPr>
            <w:tcW w:type="dxa" w:w="1440"/>
          </w:tcPr>
          <w:p>
            <w:r>
              <w:t>Empresa de Transformación Agraria S.A.,S.M.E., M.P., (TRAGSA) · NIF A28476208</w:t>
            </w:r>
          </w:p>
        </w:tc>
        <w:tc>
          <w:tcPr>
            <w:tcW w:type="dxa" w:w="1440"/>
          </w:tcPr>
          <w:p>
            <w:r>
              <w:t>294.000,00 €</w:t>
            </w:r>
          </w:p>
        </w:tc>
        <w:tc>
          <w:tcPr>
            <w:tcW w:type="dxa" w:w="1440"/>
          </w:tcPr>
          <w:p>
            <w:r>
              <w:t>09/09/2024</w:t>
            </w:r>
          </w:p>
        </w:tc>
        <w:tc>
          <w:tcPr>
            <w:tcW w:type="dxa" w:w="1440"/>
          </w:tcPr>
          <w:p>
            <w:r>
              <w:t>09/10/2024 – 09/10/2025</w:t>
            </w:r>
          </w:p>
        </w:tc>
        <w:tc>
          <w:tcPr>
            <w:tcW w:type="dxa" w:w="1440"/>
          </w:tcPr>
          <w:p>
            <w:r>
              <w:rPr>
                <w:highlight w:val="yellow"/>
              </w:rPr>
              <w:t>rellenar</w:t>
            </w:r>
          </w:p>
        </w:tc>
      </w:tr>
      <w:tr>
        <w:tc>
          <w:tcPr>
            <w:tcW w:type="dxa" w:w="1440"/>
          </w:tcPr>
          <w:p>
            <w:r>
              <w:t>Contratación del suministro de ocho (8) unidades de maquinaria de excavación y carga con contrato de conservación M+C (Tipo obra pública). (lote 1) · exp. TSA0077677</w:t>
            </w:r>
          </w:p>
        </w:tc>
        <w:tc>
          <w:tcPr>
            <w:tcW w:type="dxa" w:w="1440"/>
          </w:tcPr>
          <w:p>
            <w:r>
              <w:t>Empresa de Transformación Agraria S.A.,S.M.E., M.P., (TRAGSA) · NIF A28476208</w:t>
            </w:r>
          </w:p>
        </w:tc>
        <w:tc>
          <w:tcPr>
            <w:tcW w:type="dxa" w:w="1440"/>
          </w:tcPr>
          <w:p>
            <w:r>
              <w:t>295.000,00 €</w:t>
            </w:r>
          </w:p>
        </w:tc>
        <w:tc>
          <w:tcPr>
            <w:tcW w:type="dxa" w:w="1440"/>
          </w:tcPr>
          <w:p>
            <w:r>
              <w:t>07/09/2024</w:t>
            </w:r>
          </w:p>
        </w:tc>
        <w:tc>
          <w:tcPr>
            <w:tcW w:type="dxa" w:w="1440"/>
          </w:tcPr>
          <w:p>
            <w:r>
              <w:t>25/07/2024 – 25/07/2025</w:t>
            </w:r>
          </w:p>
        </w:tc>
        <w:tc>
          <w:tcPr>
            <w:tcW w:type="dxa" w:w="1440"/>
          </w:tcPr>
          <w:p>
            <w:r>
              <w:rPr>
                <w:highlight w:val="yellow"/>
              </w:rPr>
              <w:t>rellenar</w:t>
            </w:r>
          </w:p>
        </w:tc>
      </w:tr>
      <w:tr>
        <w:tc>
          <w:tcPr>
            <w:tcW w:type="dxa" w:w="1440"/>
          </w:tcPr>
          <w:p>
            <w:r>
              <w:t>Contratación del suministro de ocho (8) unidades de maquinaria de excavación y carga con contrato de conservación M+C (Tipo obra pública). (lote 3) · exp. TSA0077677</w:t>
            </w:r>
          </w:p>
        </w:tc>
        <w:tc>
          <w:tcPr>
            <w:tcW w:type="dxa" w:w="1440"/>
          </w:tcPr>
          <w:p>
            <w:r>
              <w:t>Empresa de Transformación Agraria S.A.,S.M.E., M.P., (TRAGSA) · NIF A28476208</w:t>
            </w:r>
          </w:p>
        </w:tc>
        <w:tc>
          <w:tcPr>
            <w:tcW w:type="dxa" w:w="1440"/>
          </w:tcPr>
          <w:p>
            <w:r>
              <w:t>579.000,00 €</w:t>
            </w:r>
          </w:p>
        </w:tc>
        <w:tc>
          <w:tcPr>
            <w:tcW w:type="dxa" w:w="1440"/>
          </w:tcPr>
          <w:p>
            <w:r>
              <w:t>07/09/2024</w:t>
            </w:r>
          </w:p>
        </w:tc>
        <w:tc>
          <w:tcPr>
            <w:tcW w:type="dxa" w:w="1440"/>
          </w:tcPr>
          <w:p>
            <w:r>
              <w:t>25/07/2024 – 25/07/2025</w:t>
            </w:r>
          </w:p>
        </w:tc>
        <w:tc>
          <w:tcPr>
            <w:tcW w:type="dxa" w:w="1440"/>
          </w:tcPr>
          <w:p>
            <w:r>
              <w:rPr>
                <w:highlight w:val="yellow"/>
              </w:rPr>
              <w:t>rellenar</w:t>
            </w:r>
          </w:p>
        </w:tc>
      </w:tr>
      <w:tr>
        <w:tc>
          <w:tcPr>
            <w:tcW w:type="dxa" w:w="1440"/>
          </w:tcPr>
          <w:p>
            <w:r>
              <w:t>Adquisición 2 motoniveladoras con sistema 3D · exp. 2024/ETSAE0906/00002124E</w:t>
            </w:r>
          </w:p>
        </w:tc>
        <w:tc>
          <w:tcPr>
            <w:tcW w:type="dxa" w:w="1440"/>
          </w:tcPr>
          <w:p>
            <w:r>
              <w:t>Jefatura de Asuntos Económicos del Mando de Apoyo Logístico · NIF S2800811H</w:t>
            </w:r>
          </w:p>
        </w:tc>
        <w:tc>
          <w:tcPr>
            <w:tcW w:type="dxa" w:w="1440"/>
          </w:tcPr>
          <w:p>
            <w:r>
              <w:t>863.140,00 €</w:t>
            </w:r>
          </w:p>
        </w:tc>
        <w:tc>
          <w:tcPr>
            <w:tcW w:type="dxa" w:w="1440"/>
          </w:tcPr>
          <w:p>
            <w:r>
              <w:t>01/08/2024</w:t>
            </w:r>
          </w:p>
        </w:tc>
        <w:tc>
          <w:tcPr>
            <w:tcW w:type="dxa" w:w="1440"/>
          </w:tcPr>
          <w:p>
            <w:r>
              <w:t>01/08/2024 – 15/12/2024</w:t>
            </w:r>
          </w:p>
        </w:tc>
        <w:tc>
          <w:tcPr>
            <w:tcW w:type="dxa" w:w="1440"/>
          </w:tcPr>
          <w:p>
            <w:r>
              <w:rPr>
                <w:highlight w:val="yellow"/>
              </w:rPr>
              <w:t>rellenar</w:t>
            </w:r>
          </w:p>
        </w:tc>
      </w:tr>
      <w:tr>
        <w:tc>
          <w:tcPr>
            <w:tcW w:type="dxa" w:w="1440"/>
          </w:tcPr>
          <w:p>
            <w:r>
              <w:t>Adquisición dos motoniveladoras · exp. 2024/ETSAE0906/00001590</w:t>
            </w:r>
          </w:p>
        </w:tc>
        <w:tc>
          <w:tcPr>
            <w:tcW w:type="dxa" w:w="1440"/>
          </w:tcPr>
          <w:p>
            <w:r>
              <w:t>Jefatura de Asuntos Económicos del Mando de Apoyo Logístico · NIF S2800811H</w:t>
            </w:r>
          </w:p>
        </w:tc>
        <w:tc>
          <w:tcPr>
            <w:tcW w:type="dxa" w:w="1440"/>
          </w:tcPr>
          <w:p>
            <w:r>
              <w:t>863.140,00 €</w:t>
            </w:r>
          </w:p>
        </w:tc>
        <w:tc>
          <w:tcPr>
            <w:tcW w:type="dxa" w:w="1440"/>
          </w:tcPr>
          <w:p>
            <w:r>
              <w:t>11/06/2024</w:t>
            </w:r>
          </w:p>
        </w:tc>
        <w:tc>
          <w:tcPr>
            <w:tcW w:type="dxa" w:w="1440"/>
          </w:tcPr>
          <w:p>
            <w:r>
              <w:t>11/06/2024 – 15/12/2024</w:t>
            </w:r>
          </w:p>
        </w:tc>
        <w:tc>
          <w:tcPr>
            <w:tcW w:type="dxa" w:w="1440"/>
          </w:tcPr>
          <w:p>
            <w:r>
              <w:rPr>
                <w:highlight w:val="yellow"/>
              </w:rPr>
              <w:t>rellenar</w:t>
            </w:r>
          </w:p>
        </w:tc>
      </w:tr>
      <w:tr>
        <w:tc>
          <w:tcPr>
            <w:tcW w:type="dxa" w:w="1440"/>
          </w:tcPr>
          <w:p>
            <w:r>
              <w:t>Adquisición de motoniveladora blindada · exp. 2024/ETSAE0906/00000970E</w:t>
            </w:r>
          </w:p>
        </w:tc>
        <w:tc>
          <w:tcPr>
            <w:tcW w:type="dxa" w:w="1440"/>
          </w:tcPr>
          <w:p>
            <w:r>
              <w:t>Jefatura de Asuntos Económicos del Mando de Apoyo Logístico · NIF S2800811H</w:t>
            </w:r>
          </w:p>
        </w:tc>
        <w:tc>
          <w:tcPr>
            <w:tcW w:type="dxa" w:w="1440"/>
          </w:tcPr>
          <w:p>
            <w:r>
              <w:t>554.770,00 €</w:t>
            </w:r>
          </w:p>
        </w:tc>
        <w:tc>
          <w:tcPr>
            <w:tcW w:type="dxa" w:w="1440"/>
          </w:tcPr>
          <w:p>
            <w:r>
              <w:t>19/04/2024</w:t>
            </w:r>
          </w:p>
        </w:tc>
        <w:tc>
          <w:tcPr>
            <w:tcW w:type="dxa" w:w="1440"/>
          </w:tcPr>
          <w:p>
            <w:r>
              <w:t>19/04/2024 – 15/11/2024</w:t>
            </w:r>
          </w:p>
        </w:tc>
        <w:tc>
          <w:tcPr>
            <w:tcW w:type="dxa" w:w="1440"/>
          </w:tcPr>
          <w:p>
            <w:r>
              <w:rPr>
                <w:highlight w:val="yellow"/>
              </w:rPr>
              <w:t>rellenar</w:t>
            </w:r>
          </w:p>
        </w:tc>
      </w:tr>
      <w:tr>
        <w:tc>
          <w:tcPr>
            <w:tcW w:type="dxa" w:w="1440"/>
          </w:tcPr>
          <w:p>
            <w:r>
              <w:t>Adquisición motoniveladoras e implementos /accesorios · exp. 2023/ETSAE0906/00002561E</w:t>
            </w:r>
          </w:p>
        </w:tc>
        <w:tc>
          <w:tcPr>
            <w:tcW w:type="dxa" w:w="1440"/>
          </w:tcPr>
          <w:p>
            <w:r>
              <w:t>Jefatura de Asuntos Económicos del Mando de Apoyo Logístico · NIF S2800811H</w:t>
            </w:r>
          </w:p>
        </w:tc>
        <w:tc>
          <w:tcPr>
            <w:tcW w:type="dxa" w:w="1440"/>
          </w:tcPr>
          <w:p>
            <w:r>
              <w:t>7.235.000,00 €</w:t>
            </w:r>
          </w:p>
        </w:tc>
        <w:tc>
          <w:tcPr>
            <w:tcW w:type="dxa" w:w="1440"/>
          </w:tcPr>
          <w:p>
            <w:r>
              <w:t>16/02/2024</w:t>
            </w:r>
          </w:p>
        </w:tc>
        <w:tc>
          <w:tcPr>
            <w:tcW w:type="dxa" w:w="1440"/>
          </w:tcPr>
          <w:p>
            <w:r>
              <w:t>16/10/2023 – 31/12/2025</w:t>
            </w:r>
          </w:p>
        </w:tc>
        <w:tc>
          <w:tcPr>
            <w:tcW w:type="dxa" w:w="1440"/>
          </w:tcPr>
          <w:p>
            <w:r>
              <w:rPr>
                <w:highlight w:val="yellow"/>
              </w:rPr>
              <w:t>rellenar</w:t>
            </w:r>
          </w:p>
        </w:tc>
      </w:tr>
    </w:tbl>
    <w:p/>
    <w:p>
      <w:r>
        <w:rPr>
          <w:b/>
        </w:rPr>
        <w:t>Importe adjudicado en el periodo: 24.126.078,32 € sin IVA, en 25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Jefatura de la Sección de Asuntos Económicos de la Unidad Militar de Emergencias (NIF S2800475B)</w:t>
      </w:r>
    </w:p>
    <w:p>
      <w:r>
        <w:t xml:space="preserve">HIDROMEK MAQUINARIA DE CONSTRUCCIÓN ESPAÑA SL, con NIF B64318314, adjudicataria del contrato «Acuerdo Marco para la adquisición de camiones volquete y remolques, tractores de cadenas, excavadoras de cadenas y excavadoras de ruedas para la UME.», lote 3, expediente 2026/SP03038000/00000485E, adjudicado el 05/11/2026 por 3.967.000,00 €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01/01/2027 a 15/12/2030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quince (15) unidades de maquinaria de excavación y carga (Tipo obra pública)», lote 1, expediente TSA0083566, adjudicado el 15/10/2026 por 913.500,00 €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18/09/2026 a 18/09/2027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de dos excavadoras», expediente 2026/ETSAE0906/00001443E, adjudicado el 14/05/2026 por 672.200,00 €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18/05/2026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de dos palas retroexcavadoras mixtas y 2 kit implementos no de serie», expediente 2026/ETSAE0906/00001477E, adjudicado el 06/04/2026 por 279.400,00 €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06/04/2026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doce (12) unidades de maquinaria de excavación, carga y manipulación (tipo obra pública).», lote 2, expediente TSA0080967, adjudicado el 30/11/2025 por 75.084,72 €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09/01/2026 a 09/01/2027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Siete (7) Unidades de Maquinaria de Excavación y Carga con contrato de Conservación M+C (Tipo Obra Pública)», lote 1, expediente TSA0081141, adjudicado el 28/10/2025 por 341.000,00 €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24/11/2025 a 24/11/2026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Siete (7) Unidades de Maquinaria de Excavación y Carga con contrato de Conservación M+C (Tipo Obra Pública)», lote 2, expediente TSA0081141, adjudicado el 28/10/2025 por 269.000,00 €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24/11/2025 a 24/11/2026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Siete (7) Unidades de Maquinaria de Excavación y Carga con contrato de Conservación M+C (Tipo Obra Pública)», lote 4, expediente TSA0081141, adjudicado el 28/10/2025 por 430.000,00 €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24/11/2025 a 24/11/2026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División Económica y Técnica (Cuerpo Nacional de Policía) (NIF S2816015H)</w:t>
      </w:r>
    </w:p>
    <w:p>
      <w:r>
        <w:t xml:space="preserve">HIDROMEK MAQUINARIA DE CONSTRUCCIÓN ESPAÑA SL, con NIF B64318314, adjudicataria del contrato «Suministro de una retroexcavadora giratoria, para el Grupo Operativo de Intervenciones (GOIT) de la Dirección General de la Policía», expediente Z25AU026/D2F, adjudicado el 17/09/2025 por 124.950,00 €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21/10/2025 a 19/02/2026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retroexcavadoras mixtas», expediente 2025/ETSAE0906/00002535E, adjudicado el 05/08/2025 por 1.209.800,00 €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05/08/2025 a 15/12/2025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dos motoniveladoras pesadas», expediente 2025/ETSAE0906/00002237E, adjudicado el 30/07/2025 por 863.140,00 €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30/07/2025 a 15/12/2025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excavadoras de cadenas con implementos», expediente 2025/ETSAE0906/00002228E, adjudicado el 22/07/2025 por 874.800,00 €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22/07/2025 a 15/12/2025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División Económica y Técnica (Cuerpo Nacional de Policía) (NIF S2816015H)</w:t>
      </w:r>
    </w:p>
    <w:p>
      <w:r>
        <w:t xml:space="preserve">HIDROMEK MAQUINARIA DE CONSTRUCCIÓN ESPAÑA SL, con NIF B64318314, adjudicataria del contrato «Adquisición de dos mini retrocargadoras para GOIT», expediente Z25AU011/F2F, adjudicado el 30/04/2025 por 115.953,60 €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03/06/2025 a 02/08/2025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16 implementos no de serie (MIXTA)», expediente 2025/ETSAE0906/00000723E, adjudicado el 26/04/2025 por 499.200,00 €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26/04/2025 a 15/12/2025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la Sección de Asuntos Económicos de la Unidad Militar de Emergencias (NIF S2800475B)</w:t>
      </w:r>
    </w:p>
    <w:p>
      <w:r>
        <w:t xml:space="preserve">HIDROMEK MAQUINARIA DE CONSTRUCCIÓN ESPAÑA SL, con NIF B64318314, adjudicataria del contrato «Expediente de Emergencia para la adquisición de material diverso. DANA 2024 (Cap.6)», lote 10, expediente 2024/SP03038000/00005717E, adjudicado el 30/12/2024 por 667.500,00 €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30/10/2024 a 30/01/2025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seis (6) unidades de maquinaria de nivelación y compactación (tipo obra pública).», lote 1, expediente TSA0078399, adjudicado el 18/12/2024 por 279.000,00 €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21/10/2024 a 21/10/2025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10 maquinas pala cargadora retroexcavadora (mixta)», expediente 2024/ETSAE0906/00004230E, adjudicado el 22/11/2024 por 1.085.000,00 €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22/11/2024 a 15/12/2024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«plater adquisición tres excavadoras», expediente 2024/ETSAE0906/00004068E, adjudicado el 19/11/2024 por 775.500,00 €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22/11/2024 a 15/12/2024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Ocho (8) Unidades de Maquinaria de Excavación, Carga y Manipulación (Tipo Obra Pública)», lote 01, expediente TSA0077738, adjudicado el 09/09/2024 por 294.000,00 €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09/10/2024 a 09/10/2025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ocho (8) unidades de maquinaria de excavación y carga con contrato de conservación M+C (Tipo obra pública).», lote 1, expediente TSA0077677, adjudicado el 07/09/2024 por 295.000,00 €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25/07/2024 a 25/07/2025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HIDROMEK MAQUINARIA DE CONSTRUCCIÓN ESPAÑA SL, con NIF B64318314, adjudicataria del contrato «Contratación del suministro de ocho (8) unidades de maquinaria de excavación y carga con contrato de conservación M+C (Tipo obra pública).», lote 3, expediente TSA0077677, adjudicado el 07/09/2024 por 579.000,00 €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25/07/2024 a 25/07/2025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2 motoniveladoras con sistema 3D», expediente 2024/ETSAE0906/00002124E, adjudicado el 01/08/2024 por 863.140,00 €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01/08/2024 a 15/12/2024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dos motoniveladoras», expediente 2024/ETSAE0906/00001590, adjudicado el 11/06/2024 por 863.140,00 €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11/06/2024 a 15/12/2024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de motoniveladora blindada», expediente 2024/ETSAE0906/00000970E, adjudicado el 19/04/2024 por 554.770,00 €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19/04/2024 a 15/11/2024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HIDROMEK MAQUINARIA DE CONSTRUCCIÓN ESPAÑA SL, con NIF B64318314, adjudicataria del contrato «Adquisición motoniveladoras e implementos /accesorios», expediente 2023/ETSAE0906/00002561E, adjudicado el 16/02/2024 por 7.235.000,00 €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16/10/2023 a 31/12/2025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