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HERMUA RECAMBIOS, S.L.</w:t>
      </w:r>
    </w:p>
    <w:p>
      <w:r>
        <w:t>NIF B01055292.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Contratacion del suministro de aceite y anticongelante para la flota de autobuses de TUVISA (lote 606898) · exp. 2025-12</w:t>
            </w:r>
          </w:p>
        </w:tc>
        <w:tc>
          <w:tcPr>
            <w:tcW w:type="dxa" w:w="1440"/>
          </w:tcPr>
          <w:p>
            <w:r>
              <w:t>Transportes Urbanos de Vitoria-Gasteiz, S.A.-Consejo de Adminsitración</w:t>
            </w:r>
          </w:p>
        </w:tc>
        <w:tc>
          <w:tcPr>
            <w:tcW w:type="dxa" w:w="1440"/>
          </w:tcPr>
          <w:p>
            <w:r>
              <w:t>6,14 €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Contratacion del suministro de aceite y anticongelante para la flota de autobuses de TUVISA (lote 606899) · exp. 2025-12</w:t>
            </w:r>
          </w:p>
        </w:tc>
        <w:tc>
          <w:tcPr>
            <w:tcW w:type="dxa" w:w="1440"/>
          </w:tcPr>
          <w:p>
            <w:r>
              <w:t>Transportes Urbanos de Vitoria-Gasteiz, S.A.-Consejo de Adminsitración</w:t>
            </w:r>
          </w:p>
        </w:tc>
        <w:tc>
          <w:tcPr>
            <w:tcW w:type="dxa" w:w="1440"/>
          </w:tcPr>
          <w:p>
            <w:r>
              <w:t>1,40 €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Contratacion del suministro de aceite y anticongelante para la flota de autobuses de TUVISA (lote 606901) · exp. 2025-12</w:t>
            </w:r>
          </w:p>
        </w:tc>
        <w:tc>
          <w:tcPr>
            <w:tcW w:type="dxa" w:w="1440"/>
          </w:tcPr>
          <w:p>
            <w:r>
              <w:t>Transportes Urbanos de Vitoria-Gasteiz, S.A.-Consejo de Adminsitración</w:t>
            </w:r>
          </w:p>
        </w:tc>
        <w:tc>
          <w:tcPr>
            <w:tcW w:type="dxa" w:w="1440"/>
          </w:tcPr>
          <w:p>
            <w:r>
              <w:t>3,52 €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11,06 €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Transportes Urbanos de Vitoria-Gasteiz, S.A.-Consejo de Adminsitración</w:t>
      </w:r>
    </w:p>
    <w:p>
      <w:r>
        <w:t xml:space="preserve">HERMUA RECAMBIOS, S.L., con NIF B01055292, adjudicataria del contrato «Contratacion del suministro de aceite y anticongelante para la flota de autobuses de TUVISA», lote 606898, expediente 2025-12, adjudicado el …… por 6,14 €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27/03/2026 a 27/03/2028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Transportes Urbanos de Vitoria-Gasteiz, S.A.-Consejo de Adminsitración</w:t>
      </w:r>
    </w:p>
    <w:p>
      <w:r>
        <w:t xml:space="preserve">HERMUA RECAMBIOS, S.L., con NIF B01055292, adjudicataria del contrato «Contratacion del suministro de aceite y anticongelante para la flota de autobuses de TUVISA», lote 606899, expediente 2025-12, adjudicado el …… por 1,40 €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23/04/2026 a 23/04/2028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Transportes Urbanos de Vitoria-Gasteiz, S.A.-Consejo de Adminsitración</w:t>
      </w:r>
    </w:p>
    <w:p>
      <w:r>
        <w:t xml:space="preserve">HERMUA RECAMBIOS, S.L., con NIF B01055292, adjudicataria del contrato «Contratacion del suministro de aceite y anticongelante para la flota de autobuses de TUVISA», lote 606901, expediente 2025-12, adjudicado el …… por 3,52 €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27/03/2026 a 27/03/2028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