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HERIIMFLEX, S.L.</w:t>
      </w:r>
    </w:p>
    <w:p>
      <w:r>
        <w:t>NIF B73237877.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Cinta de Señalización para las actividades a desempeñar por Sercomosa. Numero de expediente 0001-25GPSU (lote 1) · exp. 0001-25GPSU</w:t>
            </w:r>
          </w:p>
        </w:tc>
        <w:tc>
          <w:tcPr>
            <w:tcW w:type="dxa" w:w="1440"/>
          </w:tcPr>
          <w:p>
            <w:r>
              <w:t>Gerencia de Servicios Comunitarios de Molina S.A. (SERCOMOSA) · NIF A30243976</w:t>
            </w:r>
          </w:p>
        </w:tc>
        <w:tc>
          <w:tcPr>
            <w:tcW w:type="dxa" w:w="1440"/>
          </w:tcPr>
          <w:p>
            <w:r>
              <w:t>904,50 €</w:t>
            </w:r>
          </w:p>
        </w:tc>
        <w:tc>
          <w:tcPr>
            <w:tcW w:type="dxa" w:w="1440"/>
          </w:tcPr>
          <w:p>
            <w:r>
              <w:t>08/07/2025</w:t>
            </w:r>
          </w:p>
        </w:tc>
        <w:tc>
          <w:tcPr>
            <w:tcW w:type="dxa" w:w="1440"/>
          </w:tcPr>
          <w:p>
            <w:r>
              <w:t>01/09/2025 – 01/09/2026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Cinta de Señalización para las actividades a desempeñar por Sercomosa. Numero de expediente 0001-25GPSU (lote 2) · exp. 0001-25GPSU</w:t>
            </w:r>
          </w:p>
        </w:tc>
        <w:tc>
          <w:tcPr>
            <w:tcW w:type="dxa" w:w="1440"/>
          </w:tcPr>
          <w:p>
            <w:r>
              <w:t>Gerencia de Servicios Comunitarios de Molina S.A. (SERCOMOSA) · NIF A30243976</w:t>
            </w:r>
          </w:p>
        </w:tc>
        <w:tc>
          <w:tcPr>
            <w:tcW w:type="dxa" w:w="1440"/>
          </w:tcPr>
          <w:p>
            <w:r>
              <w:t>214,50 €</w:t>
            </w:r>
          </w:p>
        </w:tc>
        <w:tc>
          <w:tcPr>
            <w:tcW w:type="dxa" w:w="1440"/>
          </w:tcPr>
          <w:p>
            <w:r>
              <w:t>08/07/2025</w:t>
            </w:r>
          </w:p>
        </w:tc>
        <w:tc>
          <w:tcPr>
            <w:tcW w:type="dxa" w:w="1440"/>
          </w:tcPr>
          <w:p>
            <w:r>
              <w:t>01/09/2025 – 01/09/2026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Cinta de Señalización para las actividades a desempeñar por Sercomosa. Numero de expediente 0001-25GPSU (lote 3) · exp. 0001-25GPSU</w:t>
            </w:r>
          </w:p>
        </w:tc>
        <w:tc>
          <w:tcPr>
            <w:tcW w:type="dxa" w:w="1440"/>
          </w:tcPr>
          <w:p>
            <w:r>
              <w:t>Gerencia de Servicios Comunitarios de Molina S.A. (SERCOMOSA) · NIF A30243976</w:t>
            </w:r>
          </w:p>
        </w:tc>
        <w:tc>
          <w:tcPr>
            <w:tcW w:type="dxa" w:w="1440"/>
          </w:tcPr>
          <w:p>
            <w:r>
              <w:t>214,50 €</w:t>
            </w:r>
          </w:p>
        </w:tc>
        <w:tc>
          <w:tcPr>
            <w:tcW w:type="dxa" w:w="1440"/>
          </w:tcPr>
          <w:p>
            <w:r>
              <w:t>08/07/2025</w:t>
            </w:r>
          </w:p>
        </w:tc>
        <w:tc>
          <w:tcPr>
            <w:tcW w:type="dxa" w:w="1440"/>
          </w:tcPr>
          <w:p>
            <w:r>
              <w:t>01/09/2025 – 01/09/2026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1.333,50 €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 Servicios Comunitarios de Molina S.A. (SERCOMOSA) (NIF A30243976)</w:t>
      </w:r>
    </w:p>
    <w:p>
      <w:r>
        <w:t xml:space="preserve">HERIIMFLEX, S.L., con NIF B73237877, adjudicataria del contrato «Suministro de Cinta de Señalización para las actividades a desempeñar por Sercomosa. Numero de expediente 0001-25GPSU», lote 1, expediente 0001-25GPSU, adjudicado el 08/07/2025 por 904,50 €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01/09/2025 a 01/09/2026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 Servicios Comunitarios de Molina S.A. (SERCOMOSA) (NIF A30243976)</w:t>
      </w:r>
    </w:p>
    <w:p>
      <w:r>
        <w:t xml:space="preserve">HERIIMFLEX, S.L., con NIF B73237877, adjudicataria del contrato «Suministro de Cinta de Señalización para las actividades a desempeñar por Sercomosa. Numero de expediente 0001-25GPSU», lote 2, expediente 0001-25GPSU, adjudicado el 08/07/2025 por 214,50 €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01/09/2025 a 01/09/2026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 Servicios Comunitarios de Molina S.A. (SERCOMOSA) (NIF A30243976)</w:t>
      </w:r>
    </w:p>
    <w:p>
      <w:r>
        <w:t xml:space="preserve">HERIIMFLEX, S.L., con NIF B73237877, adjudicataria del contrato «Suministro de Cinta de Señalización para las actividades a desempeñar por Sercomosa. Numero de expediente 0001-25GPSU», lote 3, expediente 0001-25GPSU, adjudicado el 08/07/2025 por 214,50 €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01/09/2025 a 01/09/2026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