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ALFA CINCO S.L.U.</w:t>
      </w:r>
    </w:p>
    <w:p>
      <w:r>
        <w:t>NIF B03441631.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Derivat SDA Serveis Insercions Publicitat Institucional Festes de Sant Jaume 2026 (Premsa Escrita) (lote 1) · exp. 215/2026-2</w:t>
            </w:r>
          </w:p>
        </w:tc>
        <w:tc>
          <w:tcPr>
            <w:tcW w:type="dxa" w:w="1440"/>
          </w:tcPr>
          <w:p>
            <w:r>
              <w:t>Concejalía de Contratación del Ayuntamiento de Ondara · NIF P0309500G</w:t>
            </w:r>
          </w:p>
        </w:tc>
        <w:tc>
          <w:tcPr>
            <w:tcW w:type="dxa" w:w="1440"/>
          </w:tcPr>
          <w:p>
            <w:r>
              <w:t>650,00 €</w:t>
            </w:r>
          </w:p>
        </w:tc>
        <w:tc>
          <w:tcPr>
            <w:tcW w:type="dxa" w:w="1440"/>
          </w:tcPr>
          <w:p>
            <w:r>
              <w:t>19/02/2026</w:t>
            </w:r>
          </w:p>
        </w:tc>
        <w:tc>
          <w:tcPr>
            <w:tcW w:type="dxa" w:w="1440"/>
          </w:tcPr>
          <w:p>
            <w:r>
              <w:t>15/06/2026 – 15/08/2026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Insercions Publicitat Institucional Fira de Fires 2025 (Radio) (lote 1) · exp. 2651/2025-2</w:t>
            </w:r>
          </w:p>
        </w:tc>
        <w:tc>
          <w:tcPr>
            <w:tcW w:type="dxa" w:w="1440"/>
          </w:tcPr>
          <w:p>
            <w:r>
              <w:t>Concejalía de Contratación del Ayuntamiento de Ondara · NIF P0309500G</w:t>
            </w:r>
          </w:p>
        </w:tc>
        <w:tc>
          <w:tcPr>
            <w:tcW w:type="dxa" w:w="1440"/>
          </w:tcPr>
          <w:p>
            <w:r>
              <w:t>650,00 €</w:t>
            </w:r>
          </w:p>
        </w:tc>
        <w:tc>
          <w:tcPr>
            <w:tcW w:type="dxa" w:w="1440"/>
          </w:tcPr>
          <w:p>
            <w:r>
              <w:t>14/10/2025</w:t>
            </w:r>
          </w:p>
        </w:tc>
        <w:tc>
          <w:tcPr>
            <w:tcW w:type="dxa" w:w="1440"/>
          </w:tcPr>
          <w:p>
            <w:r>
              <w:t>20/10/2025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publicidad institucional en medios de comunicación para el Ayuntamiento de Benissa (lote 8) · exp. 2068/2024</w:t>
            </w:r>
          </w:p>
        </w:tc>
        <w:tc>
          <w:tcPr>
            <w:tcW w:type="dxa" w:w="1440"/>
          </w:tcPr>
          <w:p>
            <w:r>
              <w:t>Ayuntamiento de Benissa · NIF P0304100A</w:t>
            </w:r>
          </w:p>
        </w:tc>
        <w:tc>
          <w:tcPr>
            <w:tcW w:type="dxa" w:w="1440"/>
          </w:tcPr>
          <w:p>
            <w:r>
              <w:t>8.515,00 €</w:t>
            </w:r>
          </w:p>
        </w:tc>
        <w:tc>
          <w:tcPr>
            <w:tcW w:type="dxa" w:w="1440"/>
          </w:tcPr>
          <w:p>
            <w:r>
              <w:t>26/11/2024</w:t>
            </w:r>
          </w:p>
        </w:tc>
        <w:tc>
          <w:tcPr>
            <w:tcW w:type="dxa" w:w="1440"/>
          </w:tcPr>
          <w:p>
            <w:r>
              <w:t>02/01/2025 – 02/01/2026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9.815,00 €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 Contratación del Ayuntamiento de Ondara (NIF P0309500G)</w:t>
      </w:r>
    </w:p>
    <w:p>
      <w:r>
        <w:t xml:space="preserve">GRUPO ALFA CINCO S.L.U., con NIF B03441631, adjudicataria del contrato «Derivat SDA Serveis Insercions Publicitat Institucional Festes de Sant Jaume 2026 (Premsa Escrita)», lote 1, expediente 215/2026-2, adjudicado el 19/02/2026 por 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15/06/2026 a 15/08/2026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 Contratación del Ayuntamiento de Ondara (NIF P0309500G)</w:t>
      </w:r>
    </w:p>
    <w:p>
      <w:r>
        <w:t xml:space="preserve">GRUPO ALFA CINCO S.L.U., con NIF B03441631, adjudicataria del contrato «Serveis Insercions Publicitat Institucional Fira de Fires 2025 (Radio)», lote 1, expediente 2651/2025-2, adjudicado el 14/10/2025 por 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Benissa (NIF P0304100A)</w:t>
      </w:r>
    </w:p>
    <w:p>
      <w:r>
        <w:t xml:space="preserve">GRUPO ALFA CINCO S.L.U., con NIF B03441631, adjudicataria del contrato «Servicio de publicidad institucional en medios de comunicación para el Ayuntamiento de Benissa», lote 8, expediente 2068/2024, adjudicado el 26/11/2024 por 8.515,00 €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02/01/2025 a 02/01/2026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