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 LIMPID 1994 SL</w:t>
      </w:r>
    </w:p>
    <w:p>
      <w:r>
        <w:t>NIF B55322986.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de bugaderia als albergs de la XANASCAT. (lote 12) · exp. ACJ-2024-19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28.698,15 €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14/07/2024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bugaderia als albergs de la XANASCAT. (lote 13) · exp. ACJ-2024-19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9.927,67 €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14/07/2024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bugaderia als albergs de la XANASCAT. (lote 17) · exp. ACJ-2024-19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9.513,20 €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16/10/2024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bugaderia als albergs de la XANASCAT. (lote 19) · exp. ACJ-2024-19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10.305,97 €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14/07/2024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bugaderia als albergs de la XANASCAT. (lote 20) · exp. ACJ-2024-19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9.513,20 €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16/10/2024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67.958,19 €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GRUP LIMPID 1994 SL, con NIF B55322986, adjudicataria del contrato «Servei de bugaderia als albergs de la XANASCAT.», lote 12, expediente ACJ-2024-19, adjudicado el …… por 28.698,15 €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14/07/2024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GRUP LIMPID 1994 SL, con NIF B55322986, adjudicataria del contrato «Servei de bugaderia als albergs de la XANASCAT.», lote 13, expediente ACJ-2024-19, adjudicado el …… por 9.927,67 €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14/07/2024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GRUP LIMPID 1994 SL, con NIF B55322986, adjudicataria del contrato «Servei de bugaderia als albergs de la XANASCAT.», lote 17, expediente ACJ-2024-19, adjudicado el …… por 9.513,20 €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16/10/2024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GRUP LIMPID 1994 SL, con NIF B55322986, adjudicataria del contrato «Servei de bugaderia als albergs de la XANASCAT.», lote 19, expediente ACJ-2024-19, adjudicado el …… por 10.305,97 €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14/07/2024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GRUP LIMPID 1994 SL, con NIF B55322986, adjudicataria del contrato «Servei de bugaderia als albergs de la XANASCAT.», lote 20, expediente ACJ-2024-19, adjudicado el …… por 9.513,20 €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16/10/2024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