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Grup Geslim de Servicios y Mantenimiento</w:t>
      </w:r>
    </w:p>
    <w:p>
      <w:r>
        <w:t>NIF B83411926.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