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 Geslim de Servicios y Mantenimiento</w:t>
      </w:r>
    </w:p>
    <w:p>
      <w:r>
        <w:t>NIF B83411926.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limpieza para la delegación de Unión de Mutuas, Mutua Colaboradora con la Seguridad Social de Pamplona. · exp. 94/2025</w:t>
            </w:r>
          </w:p>
        </w:tc>
        <w:tc>
          <w:tcPr>
            <w:tcW w:type="dxa" w:w="1440"/>
          </w:tcPr>
          <w:p>
            <w:r>
              <w:t>Dirección Gerencia de Unión de Mutuas, Mutua Colaboradora con la Seguridad Social Nº 267 · NIF G12272290</w:t>
            </w:r>
          </w:p>
        </w:tc>
        <w:tc>
          <w:tcPr>
            <w:tcW w:type="dxa" w:w="1440"/>
          </w:tcPr>
          <w:p>
            <w:r>
              <w:t>22.755,00 €</w:t>
            </w:r>
          </w:p>
        </w:tc>
        <w:tc>
          <w:tcPr>
            <w:tcW w:type="dxa" w:w="1440"/>
          </w:tcPr>
          <w:p>
            <w:r>
              <w:t>13/10/2025</w:t>
            </w:r>
          </w:p>
        </w:tc>
        <w:tc>
          <w:tcPr>
            <w:tcW w:type="dxa" w:w="1440"/>
          </w:tcPr>
          <w:p>
            <w:r>
              <w:t>01/11/2025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limpiezas para las delegaciones de Unión de Mutuas, Mutua Colaboradora con la Seguridad Social de Madrid, Ciudad Rodrigo, Pamplona y Jerez. (lote 1) · exp. 76/2025</w:t>
            </w:r>
          </w:p>
        </w:tc>
        <w:tc>
          <w:tcPr>
            <w:tcW w:type="dxa" w:w="1440"/>
          </w:tcPr>
          <w:p>
            <w:r>
              <w:t>Dirección Gerencia de Unión de Mutuas, Mutua Colaboradora con la Seguridad Social Nº 267 · NIF G12272290</w:t>
            </w:r>
          </w:p>
        </w:tc>
        <w:tc>
          <w:tcPr>
            <w:tcW w:type="dxa" w:w="1440"/>
          </w:tcPr>
          <w:p>
            <w:r>
              <w:t>93.009,62 €</w:t>
            </w:r>
          </w:p>
        </w:tc>
        <w:tc>
          <w:tcPr>
            <w:tcW w:type="dxa" w:w="1440"/>
          </w:tcPr>
          <w:p>
            <w:r>
              <w:t>28/09/2025</w:t>
            </w:r>
          </w:p>
        </w:tc>
        <w:tc>
          <w:tcPr>
            <w:tcW w:type="dxa" w:w="1440"/>
          </w:tcPr>
          <w:p>
            <w:r>
              <w:t>01/11/2025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limpiezas para las delegaciones de Unión de Mutuas, Mutua Colaboradora con la Seguridad Social de Madrid, Ciudad Rodrigo, Pamplona y Jerez. (lote 2) · exp. 76/2025</w:t>
            </w:r>
          </w:p>
        </w:tc>
        <w:tc>
          <w:tcPr>
            <w:tcW w:type="dxa" w:w="1440"/>
          </w:tcPr>
          <w:p>
            <w:r>
              <w:t>Dirección Gerencia de Unión de Mutuas, Mutua Colaboradora con la Seguridad Social Nº 267 · NIF G12272290</w:t>
            </w:r>
          </w:p>
        </w:tc>
        <w:tc>
          <w:tcPr>
            <w:tcW w:type="dxa" w:w="1440"/>
          </w:tcPr>
          <w:p>
            <w:r>
              <w:t>13.375,05 €</w:t>
            </w:r>
          </w:p>
        </w:tc>
        <w:tc>
          <w:tcPr>
            <w:tcW w:type="dxa" w:w="1440"/>
          </w:tcPr>
          <w:p>
            <w:r>
              <w:t>28/09/2025</w:t>
            </w:r>
          </w:p>
        </w:tc>
        <w:tc>
          <w:tcPr>
            <w:tcW w:type="dxa" w:w="1440"/>
          </w:tcPr>
          <w:p>
            <w:r>
              <w:t>01/11/2025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gestión y control de accesos y centralización, limpieza y mantenimiento y reparación de los aparcamientos municipales (3lotes) (lote 2) · exp. C2024/004</w:t>
            </w:r>
          </w:p>
        </w:tc>
        <w:tc>
          <w:tcPr>
            <w:tcW w:type="dxa" w:w="1440"/>
          </w:tcPr>
          <w:p>
            <w:r>
              <w:t>Empresa Municipal de Innovación y Desarrollo Tecnológico, S.A. · NIF A84116698</w:t>
            </w:r>
          </w:p>
        </w:tc>
        <w:tc>
          <w:tcPr>
            <w:tcW w:type="dxa" w:w="1440"/>
          </w:tcPr>
          <w:p>
            <w:r>
              <w:t>73.958,20 €</w:t>
            </w:r>
          </w:p>
        </w:tc>
        <w:tc>
          <w:tcPr>
            <w:tcW w:type="dxa" w:w="1440"/>
          </w:tcPr>
          <w:p>
            <w:r>
              <w:t>16/11/2024</w:t>
            </w:r>
          </w:p>
        </w:tc>
        <w:tc>
          <w:tcPr>
            <w:tcW w:type="dxa" w:w="1440"/>
          </w:tcPr>
          <w:p>
            <w:r>
              <w:t>15/01/2025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203.097,87 €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Gerencia de Unión de Mutuas, Mutua Colaboradora con la Seguridad Social Nº 267 (NIF G12272290)</w:t>
      </w:r>
    </w:p>
    <w:p>
      <w:r>
        <w:t xml:space="preserve">Grup Geslim de Servicios y Mantenimiento, con NIF B83411926, adjudicataria del contrato «Servicio de limpieza para la delegación de Unión de Mutuas, Mutua Colaboradora con la Seguridad Social de Pamplona.», expediente 94/2025, adjudicado el 13/10/2025 por 22.755,00 €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01/11/2025 a 01/11/2027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Gerencia de Unión de Mutuas, Mutua Colaboradora con la Seguridad Social Nº 267 (NIF G12272290)</w:t>
      </w:r>
    </w:p>
    <w:p>
      <w:r>
        <w:t xml:space="preserve">Grup Geslim de Servicios y Mantenimiento, con NIF B83411926, adjudicataria del contrato «Servicio de limpiezas para las delegaciones de Unión de Mutuas, Mutua Colaboradora con la Seguridad Social de Madrid, Ciudad Rodrigo, Pamplona y Jerez.», lote 1, expediente 76/2025, adjudicado el 28/09/2025 por 93.009,62 €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01/11/2025 a 01/11/2027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Gerencia de Unión de Mutuas, Mutua Colaboradora con la Seguridad Social Nº 267 (NIF G12272290)</w:t>
      </w:r>
    </w:p>
    <w:p>
      <w:r>
        <w:t xml:space="preserve">Grup Geslim de Servicios y Mantenimiento, con NIF B83411926, adjudicataria del contrato «Servicio de limpiezas para las delegaciones de Unión de Mutuas, Mutua Colaboradora con la Seguridad Social de Madrid, Ciudad Rodrigo, Pamplona y Jerez.», lote 2, expediente 76/2025, adjudicado el 28/09/2025 por 13.375,05 €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01/11/2025 a 01/11/2027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Municipal de Innovación y Desarrollo Tecnológico, S.A. (NIF A84116698)</w:t>
      </w:r>
    </w:p>
    <w:p>
      <w:r>
        <w:t xml:space="preserve">Grup Geslim de Servicios y Mantenimiento, con NIF B83411926, adjudicataria del contrato «Servicio de gestión y control de accesos y centralización, limpieza y mantenimiento y reparación de los aparcamientos municipales (3lotes)», lote 2, expediente C2024/004, adjudicado el 16/11/2024 por 73.958,20 €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15/01/2025 a 15/01/2027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