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GRÚAS IBISATE S.L.</w:t>
      </w:r>
    </w:p>
    <w:p>
      <w:r>
        <w:t>NIF B01011279.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Alquiler de grúa autopropulsada de 55 t, con operario. · exp. TSA0075236_062_NA</w:t>
            </w:r>
          </w:p>
        </w:tc>
        <w:tc>
          <w:tcPr>
            <w:tcW w:type="dxa" w:w="1440"/>
          </w:tcPr>
          <w:p>
            <w:r>
              <w:t>Empresa de Transformación Agraria S.A.,S.M.E., M.P., (TRAGSA) · NIF A28476208</w:t>
            </w:r>
          </w:p>
        </w:tc>
        <w:tc>
          <w:tcPr>
            <w:tcW w:type="dxa" w:w="1440"/>
          </w:tcPr>
          <w:p>
            <w:r>
              <w:t>2.400,00 €</w:t>
            </w:r>
          </w:p>
        </w:tc>
        <w:tc>
          <w:tcPr>
            <w:tcW w:type="dxa" w:w="1440"/>
          </w:tcPr>
          <w:p>
            <w:r>
              <w:t>17/05/2024</w:t>
            </w:r>
          </w:p>
        </w:tc>
        <w:tc>
          <w:tcPr>
            <w:tcW w:type="dxa" w:w="1440"/>
          </w:tcPr>
          <w:p>
            <w:r>
              <w:t>17/05/2024 – 14/06/2024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Alquiler de grúa autopropulsada de 55 t con operario. · exp. TSA0075236_063_NA</w:t>
            </w:r>
          </w:p>
        </w:tc>
        <w:tc>
          <w:tcPr>
            <w:tcW w:type="dxa" w:w="1440"/>
          </w:tcPr>
          <w:p>
            <w:r>
              <w:t>Empresa de Transformación Agraria S.A.,S.M.E., M.P., (TRAGSA) · NIF A28476208</w:t>
            </w:r>
          </w:p>
        </w:tc>
        <w:tc>
          <w:tcPr>
            <w:tcW w:type="dxa" w:w="1440"/>
          </w:tcPr>
          <w:p>
            <w:r>
              <w:t>2.400,00 €</w:t>
            </w:r>
          </w:p>
        </w:tc>
        <w:tc>
          <w:tcPr>
            <w:tcW w:type="dxa" w:w="1440"/>
          </w:tcPr>
          <w:p>
            <w:r>
              <w:t>17/05/2024</w:t>
            </w:r>
          </w:p>
        </w:tc>
        <w:tc>
          <w:tcPr>
            <w:tcW w:type="dxa" w:w="1440"/>
          </w:tcPr>
          <w:p>
            <w:r>
              <w:t>17/05/2024 – 14/06/2024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4.800,00 € sin IVA, en 2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Empresa de Transformación Agraria S.A.,S.M.E., M.P., (TRAGSA) (NIF A28476208)</w:t>
      </w:r>
    </w:p>
    <w:p>
      <w:r>
        <w:t xml:space="preserve">GRÚAS IBISATE S.L., con NIF B01011279, adjudicataria del contrato «Alquiler de grúa autopropulsada de 55 t, con operario.», expediente TSA0075236_062_NA, adjudicado el 17/05/2024 por 2.400,00 €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17/05/2024 a 14/06/2024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Empresa de Transformación Agraria S.A.,S.M.E., M.P., (TRAGSA) (NIF A28476208)</w:t>
      </w:r>
    </w:p>
    <w:p>
      <w:r>
        <w:t xml:space="preserve">GRÚAS IBISATE S.L., con NIF B01011279, adjudicataria del contrato «Alquiler de grúa autopropulsada de 55 t con operario.», expediente TSA0075236_063_NA, adjudicado el 17/05/2024 por 2.400,00 €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17/05/2024 a 14/06/2024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