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GRAVEDAD ZERO TRABAJOS VERTICALE S SL</w:t>
      </w:r>
    </w:p>
    <w:p>
      <w:r>
        <w:t>NIF B66816455.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