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GPTW ESPAÑA S.L.</w:t>
      </w:r>
    </w:p>
    <w:p>
      <w:r>
        <w:t>NIF B63271076.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