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Relación de los principales trabajos realizados · GOODLAW</w:t>
      </w:r>
    </w:p>
    <w:p>
      <w:r>
        <w:t>NIF B83212399. Contratos públicos adjudicados en los tres últimos años (servicios), del 01/11/2023 al 01/11/2026, servicios.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440"/>
        <w:gridCol w:w="1440"/>
        <w:gridCol w:w="1440"/>
        <w:gridCol w:w="1440"/>
        <w:gridCol w:w="1440"/>
        <w:gridCol w:w="1440"/>
      </w:tblGrid>
      <w:tr>
        <w:tc>
          <w:tcPr>
            <w:tcW w:type="dxa" w:w="1440"/>
          </w:tcPr>
          <w:p>
            <w:r>
              <w:t>Objeto</w:t>
            </w:r>
          </w:p>
        </w:tc>
        <w:tc>
          <w:tcPr>
            <w:tcW w:type="dxa" w:w="1440"/>
          </w:tcPr>
          <w:p>
            <w:r>
              <w:t>Destinatario (órgano)</w:t>
            </w:r>
          </w:p>
        </w:tc>
        <w:tc>
          <w:tcPr>
            <w:tcW w:type="dxa" w:w="1440"/>
          </w:tcPr>
          <w:p>
            <w:r>
              <w:t>Importe sin IVA</w:t>
            </w:r>
          </w:p>
        </w:tc>
        <w:tc>
          <w:tcPr>
            <w:tcW w:type="dxa" w:w="1440"/>
          </w:tcPr>
          <w:p>
            <w:r>
              <w:t>Adjudicación</w:t>
            </w:r>
          </w:p>
        </w:tc>
        <w:tc>
          <w:tcPr>
            <w:tcW w:type="dxa" w:w="1440"/>
          </w:tcPr>
          <w:p>
            <w:r>
              <w:t>Ejecución</w:t>
            </w:r>
          </w:p>
        </w:tc>
        <w:tc>
          <w:tcPr>
            <w:tcW w:type="dxa" w:w="1440"/>
          </w:tcPr>
          <w:p>
            <w:r>
              <w:t>Importe ejecutado</w:t>
            </w:r>
          </w:p>
        </w:tc>
      </w:tr>
      <w:tr>
        <w:tc>
          <w:tcPr>
            <w:tcW w:type="dxa" w:w="1440"/>
          </w:tcPr>
          <w:p>
            <w:r>
              <w:t>Servicios de asesoramiento jurídico y defensa legal para la tramitación administrativa y jurídica de la reclamación sobre auditoría 2019-2022 de la Seguridad Social. · exp. 25/105/3N</w:t>
            </w:r>
          </w:p>
        </w:tc>
        <w:tc>
          <w:tcPr>
            <w:tcW w:type="dxa" w:w="1440"/>
          </w:tcPr>
          <w:p>
            <w:r>
              <w:t>Empresa Municipal de Transportes de Madrid, S.A. · NIF A28046316</w:t>
            </w:r>
          </w:p>
        </w:tc>
        <w:tc>
          <w:tcPr>
            <w:tcW w:type="dxa" w:w="1440"/>
          </w:tcPr>
          <w:p>
            <w:r>
              <w:t>25.000,00 €</w:t>
            </w:r>
          </w:p>
        </w:tc>
        <w:tc>
          <w:tcPr>
            <w:tcW w:type="dxa" w:w="1440"/>
          </w:tcPr>
          <w:p>
            <w:r>
              <w:t>27/02/2026</w:t>
            </w:r>
          </w:p>
        </w:tc>
        <w:tc>
          <w:tcPr>
            <w:tcW w:type="dxa" w:w="1440"/>
          </w:tcPr>
          <w:p>
            <w:r>
              <w:t>25/03/2026 – en curso</w:t>
            </w:r>
          </w:p>
        </w:tc>
        <w:tc>
          <w:tcPr>
            <w:tcW w:type="dxa" w:w="1440"/>
          </w:tcPr>
          <w:p>
            <w:r>
              <w:rPr>
                <w:highlight w:val="yellow"/>
              </w:rPr>
              <w:t>rellenar</w:t>
            </w:r>
          </w:p>
        </w:tc>
      </w:tr>
    </w:tbl>
    <w:p/>
    <w:p>
      <w:r>
        <w:rPr>
          <w:b/>
        </w:rPr>
        <w:t>Importe adjudicado en el periodo: 25.000,00 € sin IVA, en 1 contratos.</w:t>
      </w:r>
    </w:p>
    <w:p>
      <w:r>
        <w:t>Los importes son los de adjudicación publicados por cada órgano en la Plataforma de Contratación del Sector Público. El importe ejecutado y la buena ejecución los acredita el certificado de cada órgano: detrás va la petición de cada uno.</w:t>
      </w:r>
    </w:p>
    <w:p>
      <w:r>
        <w:br w:type="page"/>
      </w:r>
    </w:p>
    <w:p>
      <w:pPr>
        <w:pStyle w:val="Heading1"/>
      </w:pPr>
      <w:r>
        <w:t>Solicitud de certificado de buena ejecución</w:t>
      </w:r>
    </w:p>
    <w:p>
      <w:r>
        <w:t>A: Empresa Municipal de Transportes de Madrid, S.A. (NIF A28046316)</w:t>
      </w:r>
    </w:p>
    <w:p>
      <w:r>
        <w:t xml:space="preserve">GOODLAW, con NIF B83212399, adjudicataria del contrato «Servicios de asesoramiento jurídico y defensa legal para la tramitación administrativa y jurídica de la reclamación sobre auditoría 2019-2022 de la Seguridad Social.», expediente 25/105/3N, adjudicado el 27/02/2026 por 25.000,00 € sin IVA, </w:t>
      </w:r>
      <w:r>
        <w:t>SOLICITA que se expida certificado de buena ejecución del contrato en el que conste su objeto, su importe, las fechas y el lugar de ejecución y si se llevó a cabo normalmente y a buen término, a efectos de acreditar su solvencia técnica en otros procedimientos de contratación.</w:t>
      </w:r>
    </w:p>
    <w:p>
      <w:r>
        <w:t xml:space="preserve">Periodo de ejecución: </w:t>
      </w:r>
      <w:r>
        <w:t>25/03/2026 a 25/03/2031 (en curso: se pide el certificado de lo ejecutado hasta la fecha)</w:t>
      </w:r>
    </w:p>
    <w:p>
      <w:r>
        <w:rPr>
          <w:highlight w:val="yellow"/>
        </w:rPr>
        <w:t>En …………………, a …… de …………………… de 20……</w:t>
      </w:r>
    </w:p>
    <w:p>
      <w:r>
        <w:rPr>
          <w:highlight w:val="yellow"/>
        </w:rPr>
        <w:t>Firma y nombre de quien representa a la empresa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AIM PAPYR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/>
  <cp:revision>1</cp:revision>
  <dcterms:created xsi:type="dcterms:W3CDTF">2013-12-23T23:15:00Z</dcterms:created>
  <dcterms:modified xsi:type="dcterms:W3CDTF">2013-12-23T23:15:00Z</dcterms:modified>
  <cp:category/>
</cp:coreProperties>
</file>