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GOLIATH INSTALACIONES S.L.U.</w:t>
      </w:r>
    </w:p>
    <w:p>
      <w:r>
        <w:t>NIF B90007782. Contratos públicos adjudicados en los tres últimos años (servicios), del 03/11/2023 al 03/11/2026,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