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GINES HERNANDEZ LOPEZ SEGURIDAD S.L</w:t>
      </w:r>
    </w:p>
    <w:p>
      <w:r>
        <w:t>NIF B30477434.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Licitación para la contratación del Servicio de Seguridad y vigilancia en eventos culturales y festivos promovidos por el Ayuntamiento de Santa Pola. (Segunda licitación) · exp. 23212/2025</w:t>
            </w:r>
          </w:p>
        </w:tc>
        <w:tc>
          <w:tcPr>
            <w:tcW w:type="dxa" w:w="1440"/>
          </w:tcPr>
          <w:p>
            <w:r>
              <w:t>Ayuntamiento de Santa Pola · NIF P0312100A</w:t>
            </w:r>
          </w:p>
        </w:tc>
        <w:tc>
          <w:tcPr>
            <w:tcW w:type="dxa" w:w="1440"/>
          </w:tcPr>
          <w:p>
            <w:r>
              <w:t>23.365,20 €</w:t>
            </w:r>
          </w:p>
        </w:tc>
        <w:tc>
          <w:tcPr>
            <w:tcW w:type="dxa" w:w="1440"/>
          </w:tcPr>
          <w:p>
            <w:r>
              <w:t>10/04/2026</w:t>
            </w:r>
          </w:p>
        </w:tc>
        <w:tc>
          <w:tcPr>
            <w:tcW w:type="dxa" w:w="1440"/>
          </w:tcPr>
          <w:p>
            <w:r>
              <w:t>17/04/2026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Vigilancia y Seguridad Fiestas Patronales 2.024 · exp. 9-S2067/2024</w:t>
            </w:r>
          </w:p>
        </w:tc>
        <w:tc>
          <w:tcPr>
            <w:tcW w:type="dxa" w:w="1440"/>
          </w:tcPr>
          <w:p>
            <w:r>
              <w:t>Ayuntamiento de Cehegín · NIF P3001700H</w:t>
            </w:r>
          </w:p>
        </w:tc>
        <w:tc>
          <w:tcPr>
            <w:tcW w:type="dxa" w:w="1440"/>
          </w:tcPr>
          <w:p>
            <w:r>
              <w:t>19.953,90 €</w:t>
            </w:r>
          </w:p>
        </w:tc>
        <w:tc>
          <w:tcPr>
            <w:tcW w:type="dxa" w:w="1440"/>
          </w:tcPr>
          <w:p>
            <w:r>
              <w:t>30/08/2024</w:t>
            </w:r>
          </w:p>
        </w:tc>
        <w:tc>
          <w:tcPr>
            <w:tcW w:type="dxa" w:w="1440"/>
          </w:tcPr>
          <w:p>
            <w:r>
              <w:t>01/09/2024 – 01/10/2024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43.319,10 €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Santa Pola (NIF P0312100A)</w:t>
      </w:r>
    </w:p>
    <w:p>
      <w:r>
        <w:t xml:space="preserve">GINES HERNANDEZ LOPEZ SEGURIDAD S.L, con NIF B30477434, adjudicataria del contrato «Licitación para la contratación del Servicio de Seguridad y vigilancia en eventos culturales y festivos promovidos por el Ayuntamiento de Santa Pola. (Segunda licitación)», expediente 23212/2025, adjudicado el 10/04/2026 por 23.365,20 €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17/04/2026 a 17/04/2027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Cehegín (NIF P3001700H)</w:t>
      </w:r>
    </w:p>
    <w:p>
      <w:r>
        <w:t xml:space="preserve">GINES HERNANDEZ LOPEZ SEGURIDAD S.L, con NIF B30477434, adjudicataria del contrato «Vigilancia y Seguridad Fiestas Patronales 2.024», expediente 9-S2067/2024, adjudicado el 30/08/2024 por 19.953,90 €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01/09/2024 a 01/10/2024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