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GIMNASTIC DE TARRAGONA SAD</w:t>
      </w:r>
    </w:p>
    <w:p>
      <w:r>
        <w:t>NIF A43685213.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