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Gigante de Piedra, SL</w:t>
      </w:r>
    </w:p>
    <w:p>
      <w:r>
        <w:t>NIF B12996757.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servicios "Organización de la 'Volta a peu de les festes del Crist'" · exp. 3356/2024</w:t>
            </w:r>
          </w:p>
        </w:tc>
        <w:tc>
          <w:tcPr>
            <w:tcW w:type="dxa" w:w="1440"/>
          </w:tcPr>
          <w:p>
            <w:r>
              <w:t>Ayuntamiento de L'Alcora · NIF P1200500E</w:t>
            </w:r>
          </w:p>
        </w:tc>
        <w:tc>
          <w:tcPr>
            <w:tcW w:type="dxa" w:w="1440"/>
          </w:tcPr>
          <w:p>
            <w:r>
              <w:t>4.010,67 €</w:t>
            </w:r>
          </w:p>
        </w:tc>
        <w:tc>
          <w:tcPr>
            <w:tcW w:type="dxa" w:w="1440"/>
          </w:tcPr>
          <w:p>
            <w:r>
              <w:t>12/06/2024</w:t>
            </w:r>
          </w:p>
        </w:tc>
        <w:tc>
          <w:tcPr>
            <w:tcW w:type="dxa" w:w="1440"/>
          </w:tcPr>
          <w:p>
            <w:r>
              <w:t>12/07/2024 – 13/07/2024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4.010,67 €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L'Alcora (NIF P1200500E)</w:t>
      </w:r>
    </w:p>
    <w:p>
      <w:r>
        <w:t xml:space="preserve">Gigante de Piedra, SL, con NIF B12996757, adjudicataria del contrato «Contrato servicios "Organización de la 'Volta a peu de les festes del Crist'"», expediente 3356/2024, adjudicado el 12/06/2024 por 4.010,67 €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12/07/2024 a 13/07/2024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