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GIBTEL ENERGY SL</w:t>
      </w:r>
    </w:p>
    <w:p>
      <w:r>
        <w:t>NIF B72193097.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