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Gestión de Sistemas Topográficos, S.L.</w:t>
      </w:r>
    </w:p>
    <w:p>
      <w:r>
        <w:t>NIF B41887746. Contratos públicos adjudicados en los tres últimos años (servicios), del 03/11/2023 al 03/11/2026,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MR Digitalización del ciclo urbano del agua, en la Comunidad Autónoma de Extremadura, suministro de equipos para el apoyo al desarrollo y mantenimiento del sistema de información del agua urbana y del catálogo de infraestructuras (5 lotes). (lote 1) · exp. PSU/2024/0000108998</w:t>
            </w:r>
          </w:p>
        </w:tc>
        <w:tc>
          <w:tcPr>
            <w:tcW w:type="dxa" w:w="1440"/>
          </w:tcPr>
          <w:p>
            <w:r>
              <w:t>Consejería de Agricultura, Ganadería y Desarrollo Sostenible · NIF S0611001I</w:t>
            </w:r>
          </w:p>
        </w:tc>
        <w:tc>
          <w:tcPr>
            <w:tcW w:type="dxa" w:w="1440"/>
          </w:tcPr>
          <w:p>
            <w:r>
              <w:t>124.909,00 €</w:t>
            </w:r>
          </w:p>
        </w:tc>
        <w:tc>
          <w:tcPr>
            <w:tcW w:type="dxa" w:w="1440"/>
          </w:tcPr>
          <w:p>
            <w:r>
              <w:t>01/04/2025</w:t>
            </w:r>
          </w:p>
        </w:tc>
        <w:tc>
          <w:tcPr>
            <w:tcW w:type="dxa" w:w="1440"/>
          </w:tcPr>
          <w:p>
            <w:r>
              <w:t>23/04/2025 – 23/07/2025</w:t>
            </w:r>
          </w:p>
        </w:tc>
        <w:tc>
          <w:tcPr>
            <w:tcW w:type="dxa" w:w="1440"/>
          </w:tcPr>
          <w:p>
            <w:r>
              <w:rPr>
                <w:highlight w:val="yellow"/>
              </w:rPr>
              <w:t>rellenar</w:t>
            </w:r>
          </w:p>
        </w:tc>
      </w:tr>
      <w:tr>
        <w:tc>
          <w:tcPr>
            <w:tcW w:type="dxa" w:w="1440"/>
          </w:tcPr>
          <w:p>
            <w:r>
              <w:t>Suministro de equipos de topografía para la Jefatura de Infraestructura de la Base Naval de Rota · exp. 2024/AR46U/00001809E</w:t>
            </w:r>
          </w:p>
        </w:tc>
        <w:tc>
          <w:tcPr>
            <w:tcW w:type="dxa" w:w="1440"/>
          </w:tcPr>
          <w:p>
            <w:r>
              <w:t>Intendente de Rota · NIF S2800147G</w:t>
            </w:r>
          </w:p>
        </w:tc>
        <w:tc>
          <w:tcPr>
            <w:tcW w:type="dxa" w:w="1440"/>
          </w:tcPr>
          <w:p>
            <w:r>
              <w:t>11.500,00 €</w:t>
            </w:r>
          </w:p>
        </w:tc>
        <w:tc>
          <w:tcPr>
            <w:tcW w:type="dxa" w:w="1440"/>
          </w:tcPr>
          <w:p>
            <w:r>
              <w:t>01/10/2024</w:t>
            </w:r>
          </w:p>
        </w:tc>
        <w:tc>
          <w:tcPr>
            <w:tcW w:type="dxa" w:w="1440"/>
          </w:tcPr>
          <w:p>
            <w:r>
              <w:t>16/10/2024 – 15/11/2024</w:t>
            </w:r>
          </w:p>
        </w:tc>
        <w:tc>
          <w:tcPr>
            <w:tcW w:type="dxa" w:w="1440"/>
          </w:tcPr>
          <w:p>
            <w:r>
              <w:rPr>
                <w:highlight w:val="yellow"/>
              </w:rPr>
              <w:t>rellenar</w:t>
            </w:r>
          </w:p>
        </w:tc>
      </w:tr>
      <w:tr>
        <w:tc>
          <w:tcPr>
            <w:tcW w:type="dxa" w:w="1440"/>
          </w:tcPr>
          <w:p>
            <w:r>
              <w:t>El suministro de un equipo topográfico compuesto por estación robótica y receptor GPS (sistema de posicionamiento global), para la toma de datos necesaria en los procesos de redacción de proyectos técnicos por parte de los Servicios Técnicos del Área de Cohesión Territorial. · exp. 2023/000704-PCA</w:t>
            </w:r>
          </w:p>
        </w:tc>
        <w:tc>
          <w:tcPr>
            <w:tcW w:type="dxa" w:w="1440"/>
          </w:tcPr>
          <w:p>
            <w:r>
              <w:t>Diputación Provincial de Sevilla · NIF P4100000A</w:t>
            </w:r>
          </w:p>
        </w:tc>
        <w:tc>
          <w:tcPr>
            <w:tcW w:type="dxa" w:w="1440"/>
          </w:tcPr>
          <w:p>
            <w:r>
              <w:t>48.150,00 €</w:t>
            </w:r>
          </w:p>
        </w:tc>
        <w:tc>
          <w:tcPr>
            <w:tcW w:type="dxa" w:w="1440"/>
          </w:tcPr>
          <w:p>
            <w:r>
              <w:t>06/11/2023</w:t>
            </w:r>
          </w:p>
        </w:tc>
        <w:tc>
          <w:tcPr>
            <w:tcW w:type="dxa" w:w="1440"/>
          </w:tcPr>
          <w:p>
            <w:r>
              <w:t>07/11/2023 – 07/11/2024</w:t>
            </w:r>
          </w:p>
        </w:tc>
        <w:tc>
          <w:tcPr>
            <w:tcW w:type="dxa" w:w="1440"/>
          </w:tcPr>
          <w:p>
            <w:r>
              <w:rPr>
                <w:highlight w:val="yellow"/>
              </w:rPr>
              <w:t>rellenar</w:t>
            </w:r>
          </w:p>
        </w:tc>
      </w:tr>
    </w:tbl>
    <w:p/>
    <w:p>
      <w:r>
        <w:rPr>
          <w:b/>
        </w:rPr>
        <w:t>Importe adjudicado en el periodo: 184.559,00 €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Agricultura, Ganadería y Desarrollo Sostenible (NIF S0611001I)</w:t>
      </w:r>
    </w:p>
    <w:p>
      <w:r>
        <w:t xml:space="preserve">Gestión de Sistemas Topográficos, S.L., con NIF B41887746, adjudicataria del contrato «MR Digitalización del ciclo urbano del agua, en la Comunidad Autónoma de Extremadura, suministro de equipos para el apoyo al desarrollo y mantenimiento del sistema de información del agua urbana y del catálogo de infraestructuras (5 lotes).», lote 1, expediente PSU/2024/0000108998, adjudicado el 01/04/2025 por 124.909,00 €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23/04/2025 a 23/07/2025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Intendente de Rota (NIF S2800147G)</w:t>
      </w:r>
    </w:p>
    <w:p>
      <w:r>
        <w:t xml:space="preserve">Gestión de Sistemas Topográficos, S.L., con NIF B41887746, adjudicataria del contrato «Suministro de equipos de topografía para la Jefatura de Infraestructura de la Base Naval de Rota», expediente 2024/AR46U/00001809E, adjudicado el 01/10/2024 por 11.500,00 €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16/10/2024 a 15/11/2024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Sevilla (NIF P4100000A)</w:t>
      </w:r>
    </w:p>
    <w:p>
      <w:r>
        <w:t xml:space="preserve">Gestión de Sistemas Topográficos, S.L., con NIF B41887746, adjudicataria del contrato «El suministro de un equipo topográfico compuesto por estación robótica y receptor GPS (sistema de posicionamiento global), para la toma de datos necesaria en los procesos de redacción de proyectos técnicos por parte de los Servicios Técnicos del Área de Cohesión Territorial.», expediente 2023/000704-PCA, adjudicado el 06/11/2023 por 48.150,00 €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07/11/2023 a 07/11/2024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