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GEOMAR ENGINYERIA DEL TERRENY, S.L.P.</w:t>
      </w:r>
    </w:p>
    <w:p>
      <w:r>
        <w:t>NIF B63300719.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Obtenció de 228 mostres de minerals que han de provenir d'antigues explotacions mineres de Catalunya per a la caracterització de minerals metàl·lics, minerals no metàl·lics i roques amb ús industrial. (lote 2) · exp. EMO-2026-120</w:t>
            </w:r>
          </w:p>
        </w:tc>
        <w:tc>
          <w:tcPr>
            <w:tcW w:type="dxa" w:w="1440"/>
          </w:tcPr>
          <w:p>
            <w:r>
              <w:t>Departament d'Empresa i Treball</w:t>
            </w:r>
          </w:p>
        </w:tc>
        <w:tc>
          <w:tcPr>
            <w:tcW w:type="dxa" w:w="1440"/>
          </w:tcPr>
          <w:p>
            <w:r>
              <w:t>16.860,00 €</w:t>
            </w:r>
          </w:p>
        </w:tc>
        <w:tc>
          <w:tcPr>
            <w:tcW w:type="dxa" w:w="1440"/>
          </w:tcPr>
          <w:p>
            <w:r/>
          </w:p>
        </w:tc>
        <w:tc>
          <w:tcPr>
            <w:tcW w:type="dxa" w:w="1440"/>
          </w:tcPr>
          <w:p>
            <w:r>
              <w:t>07/07/2026 – en curso</w:t>
            </w:r>
          </w:p>
        </w:tc>
        <w:tc>
          <w:tcPr>
            <w:tcW w:type="dxa" w:w="1440"/>
          </w:tcPr>
          <w:p>
            <w:r>
              <w:rPr>
                <w:highlight w:val="yellow"/>
              </w:rPr>
              <w:t>rellenar</w:t>
            </w:r>
          </w:p>
        </w:tc>
      </w:tr>
      <w:tr>
        <w:tc>
          <w:tcPr>
            <w:tcW w:type="dxa" w:w="1440"/>
          </w:tcPr>
          <w:p>
            <w:r>
              <w:t>Servei de redacció d’estudi geotècnic per al Campus de Salut Clínic-UB a l’HCB · exp. 2026-16</w:t>
            </w:r>
          </w:p>
        </w:tc>
        <w:tc>
          <w:tcPr>
            <w:tcW w:type="dxa" w:w="1440"/>
          </w:tcPr>
          <w:p>
            <w:r>
              <w:t>Consorci Hospital Clínic de Barcelona (HCB)</w:t>
            </w:r>
          </w:p>
        </w:tc>
        <w:tc>
          <w:tcPr>
            <w:tcW w:type="dxa" w:w="1440"/>
          </w:tcPr>
          <w:p>
            <w:r>
              <w:t>56.045,60 €</w:t>
            </w:r>
          </w:p>
        </w:tc>
        <w:tc>
          <w:tcPr>
            <w:tcW w:type="dxa" w:w="1440"/>
          </w:tcPr>
          <w:p>
            <w:r/>
          </w:p>
        </w:tc>
        <w:tc>
          <w:tcPr>
            <w:tcW w:type="dxa" w:w="1440"/>
          </w:tcPr>
          <w:p>
            <w:r>
              <w:t>23/04/2026 – 04/06/2026</w:t>
            </w:r>
          </w:p>
        </w:tc>
        <w:tc>
          <w:tcPr>
            <w:tcW w:type="dxa" w:w="1440"/>
          </w:tcPr>
          <w:p>
            <w:r>
              <w:rPr>
                <w:highlight w:val="yellow"/>
              </w:rPr>
              <w:t>rellenar</w:t>
            </w:r>
          </w:p>
        </w:tc>
      </w:tr>
      <w:tr>
        <w:tc>
          <w:tcPr>
            <w:tcW w:type="dxa" w:w="1440"/>
          </w:tcPr>
          <w:p>
            <w:r>
              <w:t>Acord Marc per la contractació dels serveis de geologia, geotècnia i reconeixements del subsòlper a Barcelona d'Infraestructures Municipals, SA amb mesures de contractació pública sostenible. · exp. 600.2025.012</w:t>
            </w:r>
          </w:p>
        </w:tc>
        <w:tc>
          <w:tcPr>
            <w:tcW w:type="dxa" w:w="1440"/>
          </w:tcPr>
          <w:p>
            <w:r>
              <w:t>Barcelona d'Infraestructures Municipals SA</w:t>
            </w:r>
          </w:p>
        </w:tc>
        <w:tc>
          <w:tcPr>
            <w:tcW w:type="dxa" w:w="1440"/>
          </w:tcPr>
          <w:p>
            <w:r>
              <w:t>0,00 €</w:t>
            </w:r>
          </w:p>
        </w:tc>
        <w:tc>
          <w:tcPr>
            <w:tcW w:type="dxa" w:w="1440"/>
          </w:tcPr>
          <w:p>
            <w:r/>
          </w:p>
        </w:tc>
        <w:tc>
          <w:tcPr>
            <w:tcW w:type="dxa" w:w="1440"/>
          </w:tcPr>
          <w:p>
            <w:r>
              <w:t>22/05/2026 – en curso</w:t>
            </w:r>
          </w:p>
        </w:tc>
        <w:tc>
          <w:tcPr>
            <w:tcW w:type="dxa" w:w="1440"/>
          </w:tcPr>
          <w:p>
            <w:r>
              <w:rPr>
                <w:highlight w:val="yellow"/>
              </w:rPr>
              <w:t>rellenar</w:t>
            </w:r>
          </w:p>
        </w:tc>
      </w:tr>
      <w:tr>
        <w:tc>
          <w:tcPr>
            <w:tcW w:type="dxa" w:w="1440"/>
          </w:tcPr>
          <w:p>
            <w:r>
              <w:t>Aquest contracte té per objecte l’anàlisi mineralògics de 800 mostres de sòls superficials per difracció de Raigs X, d’acord amb les indicacions establertes en el plec de prescripcions tècniques. · exp. S-946/25 (ICGC-2025-52)</w:t>
            </w:r>
          </w:p>
        </w:tc>
        <w:tc>
          <w:tcPr>
            <w:tcW w:type="dxa" w:w="1440"/>
          </w:tcPr>
          <w:p>
            <w:r>
              <w:t>Institut Cartogràfic i Geològic de Catalunya</w:t>
            </w:r>
          </w:p>
        </w:tc>
        <w:tc>
          <w:tcPr>
            <w:tcW w:type="dxa" w:w="1440"/>
          </w:tcPr>
          <w:p>
            <w:r>
              <w:t>47.250,00 €</w:t>
            </w:r>
          </w:p>
        </w:tc>
        <w:tc>
          <w:tcPr>
            <w:tcW w:type="dxa" w:w="1440"/>
          </w:tcPr>
          <w:p>
            <w:r/>
          </w:p>
        </w:tc>
        <w:tc>
          <w:tcPr>
            <w:tcW w:type="dxa" w:w="1440"/>
          </w:tcPr>
          <w:p>
            <w:r>
              <w:t>01/12/2025 – 16/01/2026</w:t>
            </w:r>
          </w:p>
        </w:tc>
        <w:tc>
          <w:tcPr>
            <w:tcW w:type="dxa" w:w="1440"/>
          </w:tcPr>
          <w:p>
            <w:r>
              <w:rPr>
                <w:highlight w:val="yellow"/>
              </w:rPr>
              <w:t>rellenar</w:t>
            </w:r>
          </w:p>
        </w:tc>
      </w:tr>
      <w:tr>
        <w:tc>
          <w:tcPr>
            <w:tcW w:type="dxa" w:w="1440"/>
          </w:tcPr>
          <w:p>
            <w:r>
              <w:t>Mostreig d'antigues explotacions mineres de Catalunya per a la caracterització de minerals metàl·lics, minerals no metàl·lics i roques amb ús industrial (lote 2) · exp. EMO-2025-302</w:t>
            </w:r>
          </w:p>
        </w:tc>
        <w:tc>
          <w:tcPr>
            <w:tcW w:type="dxa" w:w="1440"/>
          </w:tcPr>
          <w:p>
            <w:r>
              <w:t>Departament d'Empresa i Treball</w:t>
            </w:r>
          </w:p>
        </w:tc>
        <w:tc>
          <w:tcPr>
            <w:tcW w:type="dxa" w:w="1440"/>
          </w:tcPr>
          <w:p>
            <w:r>
              <w:t>16.500,00 €</w:t>
            </w:r>
          </w:p>
        </w:tc>
        <w:tc>
          <w:tcPr>
            <w:tcW w:type="dxa" w:w="1440"/>
          </w:tcPr>
          <w:p>
            <w:r/>
          </w:p>
        </w:tc>
        <w:tc>
          <w:tcPr>
            <w:tcW w:type="dxa" w:w="1440"/>
          </w:tcPr>
          <w:p>
            <w:r>
              <w:t>13/10/2025 – 13/01/2026</w:t>
            </w:r>
          </w:p>
        </w:tc>
        <w:tc>
          <w:tcPr>
            <w:tcW w:type="dxa" w:w="1440"/>
          </w:tcPr>
          <w:p>
            <w:r>
              <w:rPr>
                <w:highlight w:val="yellow"/>
              </w:rPr>
              <w:t>rellenar</w:t>
            </w:r>
          </w:p>
        </w:tc>
      </w:tr>
      <w:tr>
        <w:tc>
          <w:tcPr>
            <w:tcW w:type="dxa" w:w="1440"/>
          </w:tcPr>
          <w:p>
            <w:r>
              <w:t>Mostreig d'antigues explotacions mineres de Catalunya per a la caracterització de minerals metàl·lics, minerals no metàl·lics i roques amb ús industrial (lote 3) · exp. EMO-2025-302</w:t>
            </w:r>
          </w:p>
        </w:tc>
        <w:tc>
          <w:tcPr>
            <w:tcW w:type="dxa" w:w="1440"/>
          </w:tcPr>
          <w:p>
            <w:r>
              <w:t>Departament d'Empresa i Treball</w:t>
            </w:r>
          </w:p>
        </w:tc>
        <w:tc>
          <w:tcPr>
            <w:tcW w:type="dxa" w:w="1440"/>
          </w:tcPr>
          <w:p>
            <w:r>
              <w:t>15.500,00 €</w:t>
            </w:r>
          </w:p>
        </w:tc>
        <w:tc>
          <w:tcPr>
            <w:tcW w:type="dxa" w:w="1440"/>
          </w:tcPr>
          <w:p>
            <w:r/>
          </w:p>
        </w:tc>
        <w:tc>
          <w:tcPr>
            <w:tcW w:type="dxa" w:w="1440"/>
          </w:tcPr>
          <w:p>
            <w:r>
              <w:t>13/10/2025 – 13/01/2026</w:t>
            </w:r>
          </w:p>
        </w:tc>
        <w:tc>
          <w:tcPr>
            <w:tcW w:type="dxa" w:w="1440"/>
          </w:tcPr>
          <w:p>
            <w:r>
              <w:rPr>
                <w:highlight w:val="yellow"/>
              </w:rPr>
              <w:t>rellenar</w:t>
            </w:r>
          </w:p>
        </w:tc>
      </w:tr>
      <w:tr>
        <w:tc>
          <w:tcPr>
            <w:tcW w:type="dxa" w:w="1440"/>
          </w:tcPr>
          <w:p>
            <w:r>
              <w:t>11.1.8 Anàlisi de 240 mostres provinents del mostreig d'antigues explotacions mineres de Catalunya per a la caracterització geoquímica preliminar de minerals metàl·lics, minerals no metàl·lics i roques amb ús industrial · exp. EMO-2025-9</w:t>
            </w:r>
          </w:p>
        </w:tc>
        <w:tc>
          <w:tcPr>
            <w:tcW w:type="dxa" w:w="1440"/>
          </w:tcPr>
          <w:p>
            <w:r>
              <w:t>Departament d'Empresa i Treball</w:t>
            </w:r>
          </w:p>
        </w:tc>
        <w:tc>
          <w:tcPr>
            <w:tcW w:type="dxa" w:w="1440"/>
          </w:tcPr>
          <w:p>
            <w:r>
              <w:t>24.000,00 €</w:t>
            </w:r>
          </w:p>
        </w:tc>
        <w:tc>
          <w:tcPr>
            <w:tcW w:type="dxa" w:w="1440"/>
          </w:tcPr>
          <w:p>
            <w:r/>
          </w:p>
        </w:tc>
        <w:tc>
          <w:tcPr>
            <w:tcW w:type="dxa" w:w="1440"/>
          </w:tcPr>
          <w:p>
            <w:r>
              <w:t>02/01/2025 – 15/04/2025</w:t>
            </w:r>
          </w:p>
        </w:tc>
        <w:tc>
          <w:tcPr>
            <w:tcW w:type="dxa" w:w="1440"/>
          </w:tcPr>
          <w:p>
            <w:r>
              <w:rPr>
                <w:highlight w:val="yellow"/>
              </w:rPr>
              <w:t>rellenar</w:t>
            </w:r>
          </w:p>
        </w:tc>
      </w:tr>
    </w:tbl>
    <w:p/>
    <w:p>
      <w:r>
        <w:rPr>
          <w:b/>
        </w:rPr>
        <w:t>Importe adjudicado en el periodo: 176.155,60 € sin IVA, en 7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Departament d'Empresa i Treball</w:t>
      </w:r>
    </w:p>
    <w:p>
      <w:r>
        <w:t xml:space="preserve">GEOMAR ENGINYERIA DEL TERRENY, S.L.P., con NIF B63300719, adjudicataria del contrato «Obtenció de 228 mostres de minerals que han de provenir d'antigues explotacions mineres de Catalunya per a la caracterització de minerals metàl·lics, minerals no metàl·lics i roques amb ús industrial.», lote 2, expediente EMO-2026-120, adjudicado el …… por 16.860,00 €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07/07/2026 a 07/01/2027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Hospital Clínic de Barcelona (HCB)</w:t>
      </w:r>
    </w:p>
    <w:p>
      <w:r>
        <w:t xml:space="preserve">GEOMAR ENGINYERIA DEL TERRENY, S.L.P., con NIF B63300719, adjudicataria del contrato «Servei de redacció d’estudi geotècnic per al Campus de Salut Clínic-UB a l’HCB», expediente 2026-16, adjudicado el …… por 56.045,60 €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23/04/2026 a 04/06/2026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Barcelona d'Infraestructures Municipals SA</w:t>
      </w:r>
    </w:p>
    <w:p>
      <w:r>
        <w:t xml:space="preserve">GEOMAR ENGINYERIA DEL TERRENY, S.L.P., con NIF B63300719, adjudicataria del contrato «Acord Marc per la contractació dels serveis de geologia, geotècnia i reconeixements del subsòlper a Barcelona d'Infraestructures Municipals, SA amb mesures de contractació pública sostenible.», expediente 600.2025.012,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22/05/2026 a 22/05/2027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Cartogràfic i Geològic de Catalunya</w:t>
      </w:r>
    </w:p>
    <w:p>
      <w:r>
        <w:t xml:space="preserve">GEOMAR ENGINYERIA DEL TERRENY, S.L.P., con NIF B63300719, adjudicataria del contrato «Aquest contracte té per objecte l’anàlisi mineralògics de 800 mostres de sòls superficials per difracció de Raigs X, d’acord amb les indicacions establertes en el plec de prescripcions tècniques.», expediente S-946/25 (ICGC-2025-52), adjudicado el …… por 47.250,00 €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01/12/2025 a 16/01/2026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d'Empresa i Treball</w:t>
      </w:r>
    </w:p>
    <w:p>
      <w:r>
        <w:t xml:space="preserve">GEOMAR ENGINYERIA DEL TERRENY, S.L.P., con NIF B63300719, adjudicataria del contrato «Mostreig d'antigues explotacions mineres de Catalunya per a la caracterització de minerals metàl·lics, minerals no metàl·lics i roques amb ús industrial», lote 2, expediente EMO-2025-302, adjudicado el …… por 16.500,00 €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13/10/2025 a 13/01/2026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d'Empresa i Treball</w:t>
      </w:r>
    </w:p>
    <w:p>
      <w:r>
        <w:t xml:space="preserve">GEOMAR ENGINYERIA DEL TERRENY, S.L.P., con NIF B63300719, adjudicataria del contrato «Mostreig d'antigues explotacions mineres de Catalunya per a la caracterització de minerals metàl·lics, minerals no metàl·lics i roques amb ús industrial», lote 3, expediente EMO-2025-302, adjudicado el …… por 15.500,00 €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13/10/2025 a 13/01/2026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d'Empresa i Treball</w:t>
      </w:r>
    </w:p>
    <w:p>
      <w:r>
        <w:t xml:space="preserve">GEOMAR ENGINYERIA DEL TERRENY, S.L.P., con NIF B63300719, adjudicataria del contrato «11.1.8 Anàlisi de 240 mostres provinents del mostreig d'antigues explotacions mineres de Catalunya per a la caracterització geoquímica preliminar de minerals metàl·lics, minerals no metàl·lics i roques amb ús industrial», expediente EMO-2025-9, adjudicado el …… por 24.000,00 €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02/01/2025 a 15/04/2025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