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GENERAL LIM, S.L.</w:t>
      </w:r>
    </w:p>
    <w:p>
      <w:r>
        <w:t>NIF B60678851.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