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GENERA Associació en defensa dels drets de les dones</w:t>
      </w:r>
    </w:p>
    <w:p>
      <w:r>
        <w:t>NIF G63156541.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