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GARCINIA 12 DOS, S.L.</w:t>
      </w:r>
    </w:p>
    <w:p>
      <w:r>
        <w:t>NIF B13557442.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