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GAMIZ Y PERERA INVERSIONES SLU</w:t>
      </w:r>
    </w:p>
    <w:p>
      <w:r>
        <w:t>NIF B23551831.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