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ALERIA LA COMETA, S.L.</w:t>
      </w:r>
    </w:p>
    <w:p>
      <w:r>
        <w:t>NIF B88641956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