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GALERIA LA COMETA, S.L.</w:t>
      </w:r>
    </w:p>
    <w:p>
      <w:r>
        <w:t>NIF B88641956.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MNT - Adquisición de una fotografía de Juan Baraja Teatro Real. Impresión de pigmentos minerales sobre papel de algodón · exp. 2024IN000110</w:t>
            </w:r>
          </w:p>
        </w:tc>
        <w:tc>
          <w:tcPr>
            <w:tcW w:type="dxa" w:w="1440"/>
          </w:tcPr>
          <w:p>
            <w:r>
              <w:t>Dirección General del Instituto Nacional de las Artes Escénicas y de la Música · NIF Q2818024H</w:t>
            </w:r>
          </w:p>
        </w:tc>
        <w:tc>
          <w:tcPr>
            <w:tcW w:type="dxa" w:w="1440"/>
          </w:tcPr>
          <w:p>
            <w:r>
              <w:t>2.300,00 €</w:t>
            </w:r>
          </w:p>
        </w:tc>
        <w:tc>
          <w:tcPr>
            <w:tcW w:type="dxa" w:w="1440"/>
          </w:tcPr>
          <w:p>
            <w:r>
              <w:t>11/10/2024</w:t>
            </w:r>
          </w:p>
        </w:tc>
        <w:tc>
          <w:tcPr>
            <w:tcW w:type="dxa" w:w="1440"/>
          </w:tcPr>
          <w:p>
            <w:r>
              <w:t>11/11/2024 – 11/02/2025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2.300,00 €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Instituto Nacional de las Artes Escénicas y de la Música (NIF Q2818024H)</w:t>
      </w:r>
    </w:p>
    <w:p>
      <w:r>
        <w:t xml:space="preserve">GALERIA LA COMETA, S.L., con NIF B88641956, adjudicataria del contrato «MNT - Adquisición de una fotografía de Juan Baraja Teatro Real. Impresión de pigmentos minerales sobre papel de algodón», expediente 2024IN000110, adjudicado el 11/10/2024 por 2.300,00 €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11/11/2024 a 11/02/2025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