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G.P. DESTRUCCIO DOCUMENTS S.L. (DESTDOC)</w:t>
      </w:r>
    </w:p>
    <w:p>
      <w:r>
        <w:t>NIF B57555807.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Destrucción de documentos físicos en soporte papel y digital en los puertos de la Autoridad Portuaria de Baleares. (lote 1) · exp. GST25- 0099</w:t>
            </w:r>
          </w:p>
        </w:tc>
        <w:tc>
          <w:tcPr>
            <w:tcW w:type="dxa" w:w="1440"/>
          </w:tcPr>
          <w:p>
            <w:r>
              <w:t>Autoridad Portuaria de Baleares · NIF Q0767004E</w:t>
            </w:r>
          </w:p>
        </w:tc>
        <w:tc>
          <w:tcPr>
            <w:tcW w:type="dxa" w:w="1440"/>
          </w:tcPr>
          <w:p>
            <w:r>
              <w:t>9.267,72 €</w:t>
            </w:r>
          </w:p>
        </w:tc>
        <w:tc>
          <w:tcPr>
            <w:tcW w:type="dxa" w:w="1440"/>
          </w:tcPr>
          <w:p>
            <w:r>
              <w:t>08/04/2026</w:t>
            </w:r>
          </w:p>
        </w:tc>
        <w:tc>
          <w:tcPr>
            <w:tcW w:type="dxa" w:w="1440"/>
          </w:tcPr>
          <w:p>
            <w:r>
              <w:t>22/05/2026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Destrucción de documentos físicos en soporte papel y digital en los puertos de la Autoridad Portuaria de Baleares. (lote 2) · exp. GST25- 0099</w:t>
            </w:r>
          </w:p>
        </w:tc>
        <w:tc>
          <w:tcPr>
            <w:tcW w:type="dxa" w:w="1440"/>
          </w:tcPr>
          <w:p>
            <w:r>
              <w:t>Autoridad Portuaria de Baleares · NIF Q0767004E</w:t>
            </w:r>
          </w:p>
        </w:tc>
        <w:tc>
          <w:tcPr>
            <w:tcW w:type="dxa" w:w="1440"/>
          </w:tcPr>
          <w:p>
            <w:r>
              <w:t>1.185,24 €</w:t>
            </w:r>
          </w:p>
        </w:tc>
        <w:tc>
          <w:tcPr>
            <w:tcW w:type="dxa" w:w="1440"/>
          </w:tcPr>
          <w:p>
            <w:r>
              <w:t>08/04/2026</w:t>
            </w:r>
          </w:p>
        </w:tc>
        <w:tc>
          <w:tcPr>
            <w:tcW w:type="dxa" w:w="1440"/>
          </w:tcPr>
          <w:p>
            <w:r>
              <w:t>22/05/2026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recogida, transporte y destrucción de papel confidencial para la Consejería de Educación y Universidades. · exp. CONTR 2026/2723</w:t>
            </w:r>
          </w:p>
        </w:tc>
        <w:tc>
          <w:tcPr>
            <w:tcW w:type="dxa" w:w="1440"/>
          </w:tcPr>
          <w:p>
            <w:r>
              <w:t>Consejería de Educación y Universidades · NIF S0711001H</w:t>
            </w:r>
          </w:p>
        </w:tc>
        <w:tc>
          <w:tcPr>
            <w:tcW w:type="dxa" w:w="1440"/>
          </w:tcPr>
          <w:p>
            <w:r>
              <w:t>18,00 €</w:t>
            </w:r>
          </w:p>
        </w:tc>
        <w:tc>
          <w:tcPr>
            <w:tcW w:type="dxa" w:w="1440"/>
          </w:tcPr>
          <w:p>
            <w:r>
              <w:t>01/04/2026</w:t>
            </w:r>
          </w:p>
        </w:tc>
        <w:tc>
          <w:tcPr>
            <w:tcW w:type="dxa" w:w="1440"/>
          </w:tcPr>
          <w:p>
            <w:r>
              <w:t>09/04/2026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Destrucción de documentos físicos en soporte papel y digital en los puertos de la Autoridad Portuaria de Baleares. (lote 3) · exp. GST25- 0099</w:t>
            </w:r>
          </w:p>
        </w:tc>
        <w:tc>
          <w:tcPr>
            <w:tcW w:type="dxa" w:w="1440"/>
          </w:tcPr>
          <w:p>
            <w:r>
              <w:t>Autoridad Portuaria de Baleares · NIF Q0767004E</w:t>
            </w:r>
          </w:p>
        </w:tc>
        <w:tc>
          <w:tcPr>
            <w:tcW w:type="dxa" w:w="1440"/>
          </w:tcPr>
          <w:p>
            <w:r>
              <w:t>36.214,68 €</w:t>
            </w:r>
          </w:p>
        </w:tc>
        <w:tc>
          <w:tcPr>
            <w:tcW w:type="dxa" w:w="1440"/>
          </w:tcPr>
          <w:p>
            <w:r>
              <w:t>27/03/2026</w:t>
            </w:r>
          </w:p>
        </w:tc>
        <w:tc>
          <w:tcPr>
            <w:tcW w:type="dxa" w:w="1440"/>
          </w:tcPr>
          <w:p>
            <w:r>
              <w:t>22/05/2026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destrucción de documentación en soporte papel y digital · exp. 10/25</w:t>
            </w:r>
          </w:p>
        </w:tc>
        <w:tc>
          <w:tcPr>
            <w:tcW w:type="dxa" w:w="1440"/>
          </w:tcPr>
          <w:p>
            <w:r>
              <w:t>Director Gerente de la Empresa Municipal de Transports Urbans de Palma, S. A. · NIF A07152515</w:t>
            </w:r>
          </w:p>
        </w:tc>
        <w:tc>
          <w:tcPr>
            <w:tcW w:type="dxa" w:w="1440"/>
          </w:tcPr>
          <w:p>
            <w:r>
              <w:t>2.836,50 €</w:t>
            </w:r>
          </w:p>
        </w:tc>
        <w:tc>
          <w:tcPr>
            <w:tcW w:type="dxa" w:w="1440"/>
          </w:tcPr>
          <w:p>
            <w:r>
              <w:t>07/10/2025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Prórroga servicio de recogida, transporte, destrucción y reciclaje de papel y documentación confidencial generada en los edificios de la ATIB en Mallorca 2025-2026 · exp. PRO11 3418/2025</w:t>
            </w:r>
          </w:p>
        </w:tc>
        <w:tc>
          <w:tcPr>
            <w:tcW w:type="dxa" w:w="1440"/>
          </w:tcPr>
          <w:p>
            <w:r>
              <w:t>Agencia Tributaria de las Illes Balears · NIF Q0700546E</w:t>
            </w:r>
          </w:p>
        </w:tc>
        <w:tc>
          <w:tcPr>
            <w:tcW w:type="dxa" w:w="1440"/>
          </w:tcPr>
          <w:p>
            <w:r>
              <w:t>4.440,00 €</w:t>
            </w:r>
          </w:p>
        </w:tc>
        <w:tc>
          <w:tcPr>
            <w:tcW w:type="dxa" w:w="1440"/>
          </w:tcPr>
          <w:p>
            <w:r>
              <w:t>24/02/2025</w:t>
            </w:r>
          </w:p>
        </w:tc>
        <w:tc>
          <w:tcPr>
            <w:tcW w:type="dxa" w:w="1440"/>
          </w:tcPr>
          <w:p>
            <w:r>
              <w:t>01/06/2024 – 31/05/2025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Prórroga servicio de recogida, transporte, destrucción y reciclaje de papel y documentación confidencial generada en los edificios de la ATIB en Menorca 2025-2026 · exp. PRO11 3453/2025</w:t>
            </w:r>
          </w:p>
        </w:tc>
        <w:tc>
          <w:tcPr>
            <w:tcW w:type="dxa" w:w="1440"/>
          </w:tcPr>
          <w:p>
            <w:r>
              <w:t>Agencia Tributaria de las Illes Balears · NIF Q0700546E</w:t>
            </w:r>
          </w:p>
        </w:tc>
        <w:tc>
          <w:tcPr>
            <w:tcW w:type="dxa" w:w="1440"/>
          </w:tcPr>
          <w:p>
            <w:r>
              <w:t>330,00 €</w:t>
            </w:r>
          </w:p>
        </w:tc>
        <w:tc>
          <w:tcPr>
            <w:tcW w:type="dxa" w:w="1440"/>
          </w:tcPr>
          <w:p>
            <w:r>
              <w:t>24/02/2025</w:t>
            </w:r>
          </w:p>
        </w:tc>
        <w:tc>
          <w:tcPr>
            <w:tcW w:type="dxa" w:w="1440"/>
          </w:tcPr>
          <w:p>
            <w:r>
              <w:t>01/06/2024 – 31/05/2025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Prórroga servicio de recogida, transporte, destrucción y reciclaje de papel y documentación confidencial generada en los edificios de la ATIB en Menorca 2024-2025 · exp. PRO11 3526/2024</w:t>
            </w:r>
          </w:p>
        </w:tc>
        <w:tc>
          <w:tcPr>
            <w:tcW w:type="dxa" w:w="1440"/>
          </w:tcPr>
          <w:p>
            <w:r>
              <w:t>Agencia Tributaria de las Illes Balears · NIF Q0700546E</w:t>
            </w:r>
          </w:p>
        </w:tc>
        <w:tc>
          <w:tcPr>
            <w:tcW w:type="dxa" w:w="1440"/>
          </w:tcPr>
          <w:p>
            <w:r>
              <w:t>330,00 €</w:t>
            </w:r>
          </w:p>
        </w:tc>
        <w:tc>
          <w:tcPr>
            <w:tcW w:type="dxa" w:w="1440"/>
          </w:tcPr>
          <w:p>
            <w:r>
              <w:t>04/04/2024</w:t>
            </w:r>
          </w:p>
        </w:tc>
        <w:tc>
          <w:tcPr>
            <w:tcW w:type="dxa" w:w="1440"/>
          </w:tcPr>
          <w:p>
            <w:r>
              <w:t>01/06/2024 – 31/05/2025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Prórroga servicio de recogida, transporte, destrucción y reciclaje de papel y documentación confidencial generada en los edificios de la ATIB en Mallorca 2024-2025 · exp. PRO11 3525/2024</w:t>
            </w:r>
          </w:p>
        </w:tc>
        <w:tc>
          <w:tcPr>
            <w:tcW w:type="dxa" w:w="1440"/>
          </w:tcPr>
          <w:p>
            <w:r>
              <w:t>Agencia Tributaria de las Illes Balears · NIF Q0700546E</w:t>
            </w:r>
          </w:p>
        </w:tc>
        <w:tc>
          <w:tcPr>
            <w:tcW w:type="dxa" w:w="1440"/>
          </w:tcPr>
          <w:p>
            <w:r>
              <w:t>4.440,00 €</w:t>
            </w:r>
          </w:p>
        </w:tc>
        <w:tc>
          <w:tcPr>
            <w:tcW w:type="dxa" w:w="1440"/>
          </w:tcPr>
          <w:p>
            <w:r>
              <w:t>03/04/2024</w:t>
            </w:r>
          </w:p>
        </w:tc>
        <w:tc>
          <w:tcPr>
            <w:tcW w:type="dxa" w:w="1440"/>
          </w:tcPr>
          <w:p>
            <w:r>
              <w:t>01/06/2024 – 31/05/2025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59.062,14 € sin IVA, en 9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Baleares (NIF Q0767004E)</w:t>
      </w:r>
    </w:p>
    <w:p>
      <w:r>
        <w:t xml:space="preserve">G.P. DESTRUCCIO DOCUMENTS S.L. (DESTDOC), con NIF B57555807, adjudicataria del contrato «Destrucción de documentos físicos en soporte papel y digital en los puertos de la Autoridad Portuaria de Baleares.», lote 1, expediente GST25- 0099, adjudicado el 08/04/2026 por 9.267,72 €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22/05/2026 a 22/05/2028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Baleares (NIF Q0767004E)</w:t>
      </w:r>
    </w:p>
    <w:p>
      <w:r>
        <w:t xml:space="preserve">G.P. DESTRUCCIO DOCUMENTS S.L. (DESTDOC), con NIF B57555807, adjudicataria del contrato «Destrucción de documentos físicos en soporte papel y digital en los puertos de la Autoridad Portuaria de Baleares.», lote 2, expediente GST25- 0099, adjudicado el 08/04/2026 por 1.185,24 €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22/05/2026 a 22/05/2028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 y Universidades (NIF S0711001H)</w:t>
      </w:r>
    </w:p>
    <w:p>
      <w:r>
        <w:t xml:space="preserve">G.P. DESTRUCCIO DOCUMENTS S.L. (DESTDOC), con NIF B57555807, adjudicataria del contrato «Servicio de recogida, transporte y destrucción de papel confidencial para la Consejería de Educación y Universidades.», expediente CONTR 2026/2723, adjudicado el 01/04/2026 por 18,00 €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09/04/2026 a 09/04/2028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Baleares (NIF Q0767004E)</w:t>
      </w:r>
    </w:p>
    <w:p>
      <w:r>
        <w:t xml:space="preserve">G.P. DESTRUCCIO DOCUMENTS S.L. (DESTDOC), con NIF B57555807, adjudicataria del contrato «Destrucción de documentos físicos en soporte papel y digital en los puertos de la Autoridad Portuaria de Baleares.», lote 3, expediente GST25- 0099, adjudicado el 27/03/2026 por 36.214,68 €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22/05/2026 a 22/05/2028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la Empresa Municipal de Transports Urbans de Palma, S. A. (NIF A07152515)</w:t>
      </w:r>
    </w:p>
    <w:p>
      <w:r>
        <w:t xml:space="preserve">G.P. DESTRUCCIO DOCUMENTS S.L. (DESTDOC), con NIF B57555807, adjudicataria del contrato «Servicio de destrucción de documentación en soporte papel y digital», expediente 10/25, adjudicado el 07/10/2025 por 2.836,50 €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Tributaria de las Illes Balears (NIF Q0700546E)</w:t>
      </w:r>
    </w:p>
    <w:p>
      <w:r>
        <w:t xml:space="preserve">G.P. DESTRUCCIO DOCUMENTS S.L. (DESTDOC), con NIF B57555807, adjudicataria del contrato «Prórroga servicio de recogida, transporte, destrucción y reciclaje de papel y documentación confidencial generada en los edificios de la ATIB en Mallorca 2025-2026», expediente PRO11 3418/2025, adjudicado el 24/02/2025 por 4.440,00 €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01/06/2024 a 31/05/2025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Tributaria de las Illes Balears (NIF Q0700546E)</w:t>
      </w:r>
    </w:p>
    <w:p>
      <w:r>
        <w:t xml:space="preserve">G.P. DESTRUCCIO DOCUMENTS S.L. (DESTDOC), con NIF B57555807, adjudicataria del contrato «Prórroga servicio de recogida, transporte, destrucción y reciclaje de papel y documentación confidencial generada en los edificios de la ATIB en Menorca 2025-2026», expediente PRO11 3453/2025, adjudicado el 24/02/2025 por 330,00 €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01/06/2024 a 31/05/2025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Tributaria de las Illes Balears (NIF Q0700546E)</w:t>
      </w:r>
    </w:p>
    <w:p>
      <w:r>
        <w:t xml:space="preserve">G.P. DESTRUCCIO DOCUMENTS S.L. (DESTDOC), con NIF B57555807, adjudicataria del contrato «Prórroga servicio de recogida, transporte, destrucción y reciclaje de papel y documentación confidencial generada en los edificios de la ATIB en Menorca 2024-2025», expediente PRO11 3526/2024, adjudicado el 04/04/2024 por 330,00 €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01/06/2024 a 31/05/2025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Tributaria de las Illes Balears (NIF Q0700546E)</w:t>
      </w:r>
    </w:p>
    <w:p>
      <w:r>
        <w:t xml:space="preserve">G.P. DESTRUCCIO DOCUMENTS S.L. (DESTDOC), con NIF B57555807, adjudicataria del contrato «Prórroga servicio de recogida, transporte, destrucción y reciclaje de papel y documentación confidencial generada en los edificios de la ATIB en Mallorca 2024-2025», expediente PRO11 3525/2024, adjudicado el 03/04/2024 por 4.440,00 €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01/06/2024 a 31/05/2025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