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G.P. DESTRUCCIO DOCUMENTS S.L. (DESTDOC)</w:t>
      </w:r>
    </w:p>
    <w:p>
      <w:r>
        <w:t>NIF B57555807.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