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Furgonetas Demetrio, s.l.</w:t>
      </w:r>
    </w:p>
    <w:p>
      <w:r>
        <w:t>NIF B53390480.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Contrato de suministro, en régimen de alquiler, de furgón industrial sin conductor, para programas mixtos de empleo y formación. · exp. SUMIN/ABR_SP_SMPL/2024000168</w:t>
            </w:r>
          </w:p>
        </w:tc>
        <w:tc>
          <w:tcPr>
            <w:tcW w:type="dxa" w:w="1440"/>
          </w:tcPr>
          <w:p>
            <w:r>
              <w:t>Teniente de Alcalde de Contratación Pública del Ayuntamiento de Elche · NIF P0306500J</w:t>
            </w:r>
          </w:p>
        </w:tc>
        <w:tc>
          <w:tcPr>
            <w:tcW w:type="dxa" w:w="1440"/>
          </w:tcPr>
          <w:p>
            <w:r>
              <w:t>19.834,71 €</w:t>
            </w:r>
          </w:p>
        </w:tc>
        <w:tc>
          <w:tcPr>
            <w:tcW w:type="dxa" w:w="1440"/>
          </w:tcPr>
          <w:p>
            <w:r>
              <w:t>10/02/2025</w:t>
            </w:r>
          </w:p>
        </w:tc>
        <w:tc>
          <w:tcPr>
            <w:tcW w:type="dxa" w:w="1440"/>
          </w:tcPr>
          <w:p>
            <w:r>
              <w:t>10/02/2025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19.834,71 €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Teniente de Alcalde de Contratación Pública del Ayuntamiento de Elche (NIF P0306500J)</w:t>
      </w:r>
    </w:p>
    <w:p>
      <w:r>
        <w:t xml:space="preserve">Furgonetas Demetrio, s.l., con NIF B53390480, adjudicataria del contrato «Contrato de suministro, en régimen de alquiler, de furgón industrial sin conductor, para programas mixtos de empleo y formación.», expediente SUMIN/ABR_SP_SMPL/2024000168, adjudicado el 10/02/2025 por 19.834,71 €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10/02/2025 a 10/02/2027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