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FETEIA</w:t>
      </w:r>
    </w:p>
    <w:p>
      <w:r>
        <w:t>NIF G62025721.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Patrocinio Entre Aena Y Fundación Feteia Para La Celebración De La Xiv Edición Del Congreso Feteia · exp. DIC-381/2026</w:t>
            </w:r>
          </w:p>
        </w:tc>
        <w:tc>
          <w:tcPr>
            <w:tcW w:type="dxa" w:w="1440"/>
          </w:tcPr>
          <w:p>
            <w:r>
              <w:t>Aena. Dirección de Contratación · NIF A86212420</w:t>
            </w:r>
          </w:p>
        </w:tc>
        <w:tc>
          <w:tcPr>
            <w:tcW w:type="dxa" w:w="1440"/>
          </w:tcPr>
          <w:p>
            <w:r>
              <w:t>6.000,00 €</w:t>
            </w:r>
          </w:p>
        </w:tc>
        <w:tc>
          <w:tcPr>
            <w:tcW w:type="dxa" w:w="1440"/>
          </w:tcPr>
          <w:p>
            <w:r>
              <w:t>18/09/2026</w:t>
            </w:r>
          </w:p>
        </w:tc>
        <w:tc>
          <w:tcPr>
            <w:tcW w:type="dxa" w:w="1440"/>
          </w:tcPr>
          <w:p>
            <w:r>
              <w:t>19/09/2026 – 19/10/2026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la participación en el XIV congreso de FETEIA. Clave de expediente: 2026P040026. Ref. Servicio de contratación: 2026-00170 · exp. 2026-00170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6.000,00 €</w:t>
            </w:r>
          </w:p>
        </w:tc>
        <w:tc>
          <w:tcPr>
            <w:tcW w:type="dxa" w:w="1440"/>
          </w:tcPr>
          <w:p>
            <w:r>
              <w:t>25/05/2026</w:t>
            </w:r>
          </w:p>
        </w:tc>
        <w:tc>
          <w:tcPr>
            <w:tcW w:type="dxa" w:w="1440"/>
          </w:tcPr>
          <w:p>
            <w:r>
              <w:t>20/06/2026 – 20/10/2026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 Contratación (NIF A86212420)</w:t>
      </w:r>
    </w:p>
    <w:p>
      <w:r>
        <w:t xml:space="preserve">FUNDACION FETEIA, con NIF G62025721, adjudicataria del contrato «Contrato De Patrocinio Entre Aena Y Fundación Feteia Para La Celebración De La Xiv Edición Del Congreso Feteia», expediente DIC-381/2026, adjudicado el 18/09/2026 por 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19/09/2026 a 19/10/2026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FUNDACION FETEIA, con NIF G62025721, adjudicataria del contrato «contrato de la participación en el XIV congreso de FETEIA. Clave de expediente: 2026P040026. Ref. Servicio de contratación: 2026-00170», expediente 2026-00170, adjudicado el 25/05/2026 por 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20/06/2026 a 20/10/2026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