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CIDAUT</w:t>
      </w:r>
    </w:p>
    <w:p>
      <w:r>
        <w:t>NIF G47448519.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