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Fundació Privada Mas Xirgu</w:t>
      </w:r>
    </w:p>
    <w:p>
      <w:r>
        <w:t>NIF G55121909. Contratos públicos adjudicados en los tres últimos años (servicios), del 07/11/2023 al 07/11/2026,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Gestión integral del servicio de lavandería de vestuario laboral y ropa plana y suministro en caso de deterioro o extravío, para los Centros Asistenciales de la provincia de Barcelona y Girona, de EGARSAT, Mutua Colaboradora con la Seguridad Social Nº 276. (lote 2) · exp. 2026/LIC/0036</w:t>
            </w:r>
          </w:p>
        </w:tc>
        <w:tc>
          <w:tcPr>
            <w:tcW w:type="dxa" w:w="1440"/>
          </w:tcPr>
          <w:p>
            <w:r>
              <w:t>Gerencia de EGARSAT · NIF G64438997</w:t>
            </w:r>
          </w:p>
        </w:tc>
        <w:tc>
          <w:tcPr>
            <w:tcW w:type="dxa" w:w="1440"/>
          </w:tcPr>
          <w:p>
            <w:r>
              <w:t>24.287,51 €</w:t>
            </w:r>
          </w:p>
        </w:tc>
        <w:tc>
          <w:tcPr>
            <w:tcW w:type="dxa" w:w="1440"/>
          </w:tcPr>
          <w:p>
            <w:r>
              <w:t>26/10/2026</w:t>
            </w:r>
          </w:p>
        </w:tc>
        <w:tc>
          <w:tcPr>
            <w:tcW w:type="dxa" w:w="1440"/>
          </w:tcPr>
          <w:p>
            <w:r>
              <w:t>26/11/2026 – en curso</w:t>
            </w:r>
          </w:p>
        </w:tc>
        <w:tc>
          <w:tcPr>
            <w:tcW w:type="dxa" w:w="1440"/>
          </w:tcPr>
          <w:p>
            <w:r>
              <w:rPr>
                <w:highlight w:val="yellow"/>
              </w:rPr>
              <w:t>rellenar</w:t>
            </w:r>
          </w:p>
        </w:tc>
      </w:tr>
      <w:tr>
        <w:tc>
          <w:tcPr>
            <w:tcW w:type="dxa" w:w="1440"/>
          </w:tcPr>
          <w:p>
            <w:r>
              <w:t>Servicio de limpieza del edificio e instalaciones de la sede central del Centro Asociado UNED Girona · exp. 4/2024</w:t>
            </w:r>
          </w:p>
        </w:tc>
        <w:tc>
          <w:tcPr>
            <w:tcW w:type="dxa" w:w="1440"/>
          </w:tcPr>
          <w:p>
            <w:r>
              <w:t>Dirección del Consorcio Universitario del Centro Asociado de la UNED en Girona · NIF Q1718001I</w:t>
            </w:r>
          </w:p>
        </w:tc>
        <w:tc>
          <w:tcPr>
            <w:tcW w:type="dxa" w:w="1440"/>
          </w:tcPr>
          <w:p>
            <w:r>
              <w:t>12.470,00 €</w:t>
            </w:r>
          </w:p>
        </w:tc>
        <w:tc>
          <w:tcPr>
            <w:tcW w:type="dxa" w:w="1440"/>
          </w:tcPr>
          <w:p>
            <w:r>
              <w:t>28/11/2024</w:t>
            </w:r>
          </w:p>
        </w:tc>
        <w:tc>
          <w:tcPr>
            <w:tcW w:type="dxa" w:w="1440"/>
          </w:tcPr>
          <w:p>
            <w:r>
              <w:t>28/12/2024 – en curso</w:t>
            </w:r>
          </w:p>
        </w:tc>
        <w:tc>
          <w:tcPr>
            <w:tcW w:type="dxa" w:w="1440"/>
          </w:tcPr>
          <w:p>
            <w:r>
              <w:rPr>
                <w:highlight w:val="yellow"/>
              </w:rPr>
              <w:t>rellenar</w:t>
            </w:r>
          </w:p>
        </w:tc>
      </w:tr>
      <w:tr>
        <w:tc>
          <w:tcPr>
            <w:tcW w:type="dxa" w:w="1440"/>
          </w:tcPr>
          <w:p>
            <w:r>
              <w:t>Servicios de lavanderia para la ropa de trabajo de los trabajadores de Mutua Intercomarcal · exp. 2024/LIC/0062</w:t>
            </w:r>
          </w:p>
        </w:tc>
        <w:tc>
          <w:tcPr>
            <w:tcW w:type="dxa" w:w="1440"/>
          </w:tcPr>
          <w:p>
            <w:r>
              <w:t>Director Gerente de Mutua Intercomarcal MATEPSS Nº 39 · NIF G60328796</w:t>
            </w:r>
          </w:p>
        </w:tc>
        <w:tc>
          <w:tcPr>
            <w:tcW w:type="dxa" w:w="1440"/>
          </w:tcPr>
          <w:p>
            <w:r>
              <w:t>1.482,00 €</w:t>
            </w:r>
          </w:p>
        </w:tc>
        <w:tc>
          <w:tcPr>
            <w:tcW w:type="dxa" w:w="1440"/>
          </w:tcPr>
          <w:p>
            <w:r>
              <w:t>26/06/2024</w:t>
            </w:r>
          </w:p>
        </w:tc>
        <w:tc>
          <w:tcPr>
            <w:tcW w:type="dxa" w:w="1440"/>
          </w:tcPr>
          <w:p>
            <w:r>
              <w:t>26/06/2024 – 26/06/2025</w:t>
            </w:r>
          </w:p>
        </w:tc>
        <w:tc>
          <w:tcPr>
            <w:tcW w:type="dxa" w:w="1440"/>
          </w:tcPr>
          <w:p>
            <w:r>
              <w:rPr>
                <w:highlight w:val="yellow"/>
              </w:rPr>
              <w:t>rellenar</w:t>
            </w:r>
          </w:p>
        </w:tc>
      </w:tr>
      <w:tr>
        <w:tc>
          <w:tcPr>
            <w:tcW w:type="dxa" w:w="1440"/>
          </w:tcPr>
          <w:p>
            <w:r>
              <w:t>Servicio de lavanderia de las delegaciones de Mutua Montañesa (lote 3) · exp. 2023-002-014</w:t>
            </w:r>
          </w:p>
        </w:tc>
        <w:tc>
          <w:tcPr>
            <w:tcW w:type="dxa" w:w="1440"/>
          </w:tcPr>
          <w:p>
            <w:r>
              <w:t>Dirección General de Mutua Montañesa · NIF G39008321</w:t>
            </w:r>
          </w:p>
        </w:tc>
        <w:tc>
          <w:tcPr>
            <w:tcW w:type="dxa" w:w="1440"/>
          </w:tcPr>
          <w:p>
            <w:r>
              <w:t>20.790,00 €</w:t>
            </w:r>
          </w:p>
        </w:tc>
        <w:tc>
          <w:tcPr>
            <w:tcW w:type="dxa" w:w="1440"/>
          </w:tcPr>
          <w:p>
            <w:r>
              <w:t>14/04/2023</w:t>
            </w:r>
          </w:p>
        </w:tc>
        <w:tc>
          <w:tcPr>
            <w:tcW w:type="dxa" w:w="1440"/>
          </w:tcPr>
          <w:p>
            <w:r>
              <w:t>01/05/2023 – 01/05/2026</w:t>
            </w:r>
          </w:p>
        </w:tc>
        <w:tc>
          <w:tcPr>
            <w:tcW w:type="dxa" w:w="1440"/>
          </w:tcPr>
          <w:p>
            <w:r>
              <w:rPr>
                <w:highlight w:val="yellow"/>
              </w:rPr>
              <w:t>rellenar</w:t>
            </w:r>
          </w:p>
        </w:tc>
      </w:tr>
      <w:tr>
        <w:tc>
          <w:tcPr>
            <w:tcW w:type="dxa" w:w="1440"/>
          </w:tcPr>
          <w:p>
            <w:r>
              <w:t>Servei de neteja del Consorci Centre d'Acolliment i Serveis Socials La Sopa. Contracte agrupat de l'Ajuntament de Girona que inclou el Consorci CASS La Sopa, en virtut del conveni subscrit entre l'Ajuntament de Girona i l'ens dependent. · exp. X2025000133</w:t>
            </w:r>
          </w:p>
        </w:tc>
        <w:tc>
          <w:tcPr>
            <w:tcW w:type="dxa" w:w="1440"/>
          </w:tcPr>
          <w:p>
            <w:r>
              <w:t>Consorci Centre d'Acolliment i Serveis Socials 'la Sopa'</w:t>
            </w:r>
          </w:p>
        </w:tc>
        <w:tc>
          <w:tcPr>
            <w:tcW w:type="dxa" w:w="1440"/>
          </w:tcPr>
          <w:p>
            <w:r>
              <w:t>204.835,38 €</w:t>
            </w:r>
          </w:p>
        </w:tc>
        <w:tc>
          <w:tcPr>
            <w:tcW w:type="dxa" w:w="1440"/>
          </w:tcPr>
          <w:p>
            <w:r/>
          </w:p>
        </w:tc>
        <w:tc>
          <w:tcPr>
            <w:tcW w:type="dxa" w:w="1440"/>
          </w:tcPr>
          <w:p>
            <w:r>
              <w:t>01/08/2026 – en curso</w:t>
            </w:r>
          </w:p>
        </w:tc>
        <w:tc>
          <w:tcPr>
            <w:tcW w:type="dxa" w:w="1440"/>
          </w:tcPr>
          <w:p>
            <w:r>
              <w:rPr>
                <w:highlight w:val="yellow"/>
              </w:rPr>
              <w:t>rellenar</w:t>
            </w:r>
          </w:p>
        </w:tc>
      </w:tr>
      <w:tr>
        <w:tc>
          <w:tcPr>
            <w:tcW w:type="dxa" w:w="1440"/>
          </w:tcPr>
          <w:p>
            <w:r>
              <w:t>Serveis de conservació, neteja i manteniment dels espais verds (parcs, zones verdes, parcel·les propietat de l'Ajuntament de Riudellots de la Selva, carrils bici, ...) i arbrat viari del municipi de Riudellots de la Selva. · exp. X2026000488</w:t>
            </w:r>
          </w:p>
        </w:tc>
        <w:tc>
          <w:tcPr>
            <w:tcW w:type="dxa" w:w="1440"/>
          </w:tcPr>
          <w:p>
            <w:r>
              <w:t>Ajuntament de Riudellots de la Selva</w:t>
            </w:r>
          </w:p>
        </w:tc>
        <w:tc>
          <w:tcPr>
            <w:tcW w:type="dxa" w:w="1440"/>
          </w:tcPr>
          <w:p>
            <w:r>
              <w:t>369.983,19 €</w:t>
            </w:r>
          </w:p>
        </w:tc>
        <w:tc>
          <w:tcPr>
            <w:tcW w:type="dxa" w:w="1440"/>
          </w:tcPr>
          <w:p>
            <w:r/>
          </w:p>
        </w:tc>
        <w:tc>
          <w:tcPr>
            <w:tcW w:type="dxa" w:w="1440"/>
          </w:tcPr>
          <w:p>
            <w:r>
              <w:t>05/10/2026 – en curso</w:t>
            </w:r>
          </w:p>
        </w:tc>
        <w:tc>
          <w:tcPr>
            <w:tcW w:type="dxa" w:w="1440"/>
          </w:tcPr>
          <w:p>
            <w:r>
              <w:rPr>
                <w:highlight w:val="yellow"/>
              </w:rPr>
              <w:t>rellenar</w:t>
            </w:r>
          </w:p>
        </w:tc>
      </w:tr>
      <w:tr>
        <w:tc>
          <w:tcPr>
            <w:tcW w:type="dxa" w:w="1440"/>
          </w:tcPr>
          <w:p>
            <w:r>
              <w:t>prestació d’un servei de càtering per a l’atenció de les persones assistents al congrés 259003 – 2026 IMISCOE Annual Conference · exp. 25-26.LC.042</w:t>
            </w:r>
          </w:p>
        </w:tc>
        <w:tc>
          <w:tcPr>
            <w:tcW w:type="dxa" w:w="1440"/>
          </w:tcPr>
          <w:p>
            <w:r>
              <w:t>Fundació Universitat de Girona: Innovació i Formació (FUdGIF)</w:t>
            </w:r>
          </w:p>
        </w:tc>
        <w:tc>
          <w:tcPr>
            <w:tcW w:type="dxa" w:w="1440"/>
          </w:tcPr>
          <w:p>
            <w:r>
              <w:t>38.754,70 €</w:t>
            </w:r>
          </w:p>
        </w:tc>
        <w:tc>
          <w:tcPr>
            <w:tcW w:type="dxa" w:w="1440"/>
          </w:tcPr>
          <w:p>
            <w:r/>
          </w:p>
        </w:tc>
        <w:tc>
          <w:tcPr>
            <w:tcW w:type="dxa" w:w="1440"/>
          </w:tcPr>
          <w:p>
            <w:r>
              <w:t>02/06/2026 – 02/07/2026</w:t>
            </w:r>
          </w:p>
        </w:tc>
        <w:tc>
          <w:tcPr>
            <w:tcW w:type="dxa" w:w="1440"/>
          </w:tcPr>
          <w:p>
            <w:r>
              <w:rPr>
                <w:highlight w:val="yellow"/>
              </w:rPr>
              <w:t>rellenar</w:t>
            </w:r>
          </w:p>
        </w:tc>
      </w:tr>
      <w:tr>
        <w:tc>
          <w:tcPr>
            <w:tcW w:type="dxa" w:w="1440"/>
          </w:tcPr>
          <w:p>
            <w:r>
              <w:t xml:space="preserve">Lote 1 (reservado): </w:t>
              <w:br/>
              <w:br/>
              <w:t xml:space="preserve">Servicio de limpieza de cristales interiores y exteriores de los edificios y dependencias titularidad de la Diputación de Girona que se listan a continuación, de acuerdo con los requisitos y las condiciones que se detallan en el pliego de prescripciones técnicas. </w:t>
              <w:br/>
              <w:br/>
              <w:t>- Edificio Palau. Pda. de Sant Martí, 5, Girona</w:t>
              <w:br/>
              <w:t>- Edificio Can Cugat. C/ del Sac, 4 (acceso por subida de Sant Martí, 5), Girona</w:t>
              <w:br/>
              <w:t>- Edificio Can Forn. Pda. de Sant Martí, 4, Girona</w:t>
              <w:br/>
              <w:t>- Edificio Generali (oficinas plantas: 8a 1a, 7a 1a i 2a, 6a 1a i 2a, 3a 5a y 2a). Avda. Jaume I, 37, Girona</w:t>
              <w:br/>
              <w:t>- Oficinas de Asistencia Control Interno. C/ Pare Claret, 37, entresuelo, Girona</w:t>
              <w:br/>
              <w:t>- Oficinas Servicio Programas Europeos. C/ Emili Grahit, 13-15, 9B, Girona</w:t>
              <w:br/>
              <w:t>- Edificio Casa de Cultura. Plaza del Hospital, 6, Girona</w:t>
              <w:br/>
              <w:t>- Casa de Cultura Les Bernardes. C/ Major, 172, Salt</w:t>
              <w:br/>
              <w:br/>
              <w:t>Se reserva el derecho a participar en el procedimiento de adjudicación de este lote 1 a Centros Especiales de Trabajo de Iniciativa Social (de ahora en ade (lote 1) · exp. 2025/9930</w:t>
            </w:r>
          </w:p>
        </w:tc>
        <w:tc>
          <w:tcPr>
            <w:tcW w:type="dxa" w:w="1440"/>
          </w:tcPr>
          <w:p>
            <w:r>
              <w:t>Diputació de Girona</w:t>
            </w:r>
          </w:p>
        </w:tc>
        <w:tc>
          <w:tcPr>
            <w:tcW w:type="dxa" w:w="1440"/>
          </w:tcPr>
          <w:p>
            <w:r>
              <w:t>41.884,71 €</w:t>
            </w:r>
          </w:p>
        </w:tc>
        <w:tc>
          <w:tcPr>
            <w:tcW w:type="dxa" w:w="1440"/>
          </w:tcPr>
          <w:p>
            <w:r/>
          </w:p>
        </w:tc>
        <w:tc>
          <w:tcPr>
            <w:tcW w:type="dxa" w:w="1440"/>
          </w:tcPr>
          <w:p>
            <w:r>
              <w:t>30/04/2026 – en curso</w:t>
            </w:r>
          </w:p>
        </w:tc>
        <w:tc>
          <w:tcPr>
            <w:tcW w:type="dxa" w:w="1440"/>
          </w:tcPr>
          <w:p>
            <w:r>
              <w:rPr>
                <w:highlight w:val="yellow"/>
              </w:rPr>
              <w:t>rellenar</w:t>
            </w:r>
          </w:p>
        </w:tc>
      </w:tr>
      <w:tr>
        <w:tc>
          <w:tcPr>
            <w:tcW w:type="dxa" w:w="1440"/>
          </w:tcPr>
          <w:p>
            <w:r>
              <w:t>Servei de neteja de les dues llars d'infants del municipi de Llagostera. El contracte té la condició de reservat, amb la finalitat de promoure actuacions de integració de persones amb discapacitat o risc d'exclusió social a través de la contractació d'un centre especial de treball o d'una empresa de inserció, d'acord amb la disposició addicional quarta de la Llei 9/2017, de 8 de novembre, de contractes del sector públic (LCSP). · exp. 2025/2145</w:t>
            </w:r>
          </w:p>
        </w:tc>
        <w:tc>
          <w:tcPr>
            <w:tcW w:type="dxa" w:w="1440"/>
          </w:tcPr>
          <w:p>
            <w:r>
              <w:t>Ajuntament de Llagostera</w:t>
            </w:r>
          </w:p>
        </w:tc>
        <w:tc>
          <w:tcPr>
            <w:tcW w:type="dxa" w:w="1440"/>
          </w:tcPr>
          <w:p>
            <w:r>
              <w:t>100.455,11 €</w:t>
            </w:r>
          </w:p>
        </w:tc>
        <w:tc>
          <w:tcPr>
            <w:tcW w:type="dxa" w:w="1440"/>
          </w:tcPr>
          <w:p>
            <w:r/>
          </w:p>
        </w:tc>
        <w:tc>
          <w:tcPr>
            <w:tcW w:type="dxa" w:w="1440"/>
          </w:tcPr>
          <w:p>
            <w:r>
              <w:t>16/12/2025 – en curso</w:t>
            </w:r>
          </w:p>
        </w:tc>
        <w:tc>
          <w:tcPr>
            <w:tcW w:type="dxa" w:w="1440"/>
          </w:tcPr>
          <w:p>
            <w:r>
              <w:rPr>
                <w:highlight w:val="yellow"/>
              </w:rPr>
              <w:t>rellenar</w:t>
            </w:r>
          </w:p>
        </w:tc>
      </w:tr>
      <w:tr>
        <w:tc>
          <w:tcPr>
            <w:tcW w:type="dxa" w:w="1440"/>
          </w:tcPr>
          <w:p>
            <w:r>
              <w:t>Aquest contracte té per objecte la provisió, elaboració i preparació d’àpats a les instal·lacions de l’empresa contractista i el posterior transport a les instal·lacions del Centre El Puig i la prestació del servei de menjador escolar de l’escola Carles de Fortuny d’Esponellà.</w:t>
              <w:br/>
              <w:t>Veure el detall en el punt 1 del Quadre de característiques del contracte del PCAP que regeix la licitació. (lote 1) · exp. X2025002327</w:t>
            </w:r>
          </w:p>
        </w:tc>
        <w:tc>
          <w:tcPr>
            <w:tcW w:type="dxa" w:w="1440"/>
          </w:tcPr>
          <w:p>
            <w:r>
              <w:t>Consell Comarcal del Pla de l'Estany</w:t>
            </w:r>
          </w:p>
        </w:tc>
        <w:tc>
          <w:tcPr>
            <w:tcW w:type="dxa" w:w="1440"/>
          </w:tcPr>
          <w:p>
            <w:r>
              <w:t>135.630,00 €</w:t>
            </w:r>
          </w:p>
        </w:tc>
        <w:tc>
          <w:tcPr>
            <w:tcW w:type="dxa" w:w="1440"/>
          </w:tcPr>
          <w:p>
            <w:r/>
          </w:p>
        </w:tc>
        <w:tc>
          <w:tcPr>
            <w:tcW w:type="dxa" w:w="1440"/>
          </w:tcPr>
          <w:p>
            <w:r>
              <w:t>01/09/2025 – en curso</w:t>
            </w:r>
          </w:p>
        </w:tc>
        <w:tc>
          <w:tcPr>
            <w:tcW w:type="dxa" w:w="1440"/>
          </w:tcPr>
          <w:p>
            <w:r>
              <w:rPr>
                <w:highlight w:val="yellow"/>
              </w:rPr>
              <w:t>rellenar</w:t>
            </w:r>
          </w:p>
        </w:tc>
      </w:tr>
      <w:tr>
        <w:tc>
          <w:tcPr>
            <w:tcW w:type="dxa" w:w="1440"/>
          </w:tcPr>
          <w:p>
            <w:r>
              <w:t>Serveis de conservació, neteja i manteniment dels espais verds (parcs, zones verdes, parcel·les propietat de l'Ajuntament de Riudellots de la Selva, carrils bici, ...) i arbrat viari del municipi de Riudellots de la Selva. · exp. X2025000504</w:t>
            </w:r>
          </w:p>
        </w:tc>
        <w:tc>
          <w:tcPr>
            <w:tcW w:type="dxa" w:w="1440"/>
          </w:tcPr>
          <w:p>
            <w:r>
              <w:t>Ajuntament de Riudellots de la Selva</w:t>
            </w:r>
          </w:p>
        </w:tc>
        <w:tc>
          <w:tcPr>
            <w:tcW w:type="dxa" w:w="1440"/>
          </w:tcPr>
          <w:p>
            <w:r>
              <w:t>121.298,19 €</w:t>
            </w:r>
          </w:p>
        </w:tc>
        <w:tc>
          <w:tcPr>
            <w:tcW w:type="dxa" w:w="1440"/>
          </w:tcPr>
          <w:p>
            <w:r/>
          </w:p>
        </w:tc>
        <w:tc>
          <w:tcPr>
            <w:tcW w:type="dxa" w:w="1440"/>
          </w:tcPr>
          <w:p>
            <w:r>
              <w:t>18/09/2025 – 18/09/2026</w:t>
            </w:r>
          </w:p>
        </w:tc>
        <w:tc>
          <w:tcPr>
            <w:tcW w:type="dxa" w:w="1440"/>
          </w:tcPr>
          <w:p>
            <w:r>
              <w:rPr>
                <w:highlight w:val="yellow"/>
              </w:rPr>
              <w:t>rellenar</w:t>
            </w:r>
          </w:p>
        </w:tc>
      </w:tr>
      <w:tr>
        <w:tc>
          <w:tcPr>
            <w:tcW w:type="dxa" w:w="1440"/>
          </w:tcPr>
          <w:p>
            <w:r>
              <w:t xml:space="preserve">Serveis de manteniment, neteja i treballs de jardineria del Parc de la Devesa del municipi de Girona, així com promoure la inserció sociolaboral de persones amb discapacitat. </w:t>
              <w:br/>
              <w:br/>
              <w:t xml:space="preserve">Amb la voluntat de promoure la inserció sociolaboral de persones amb discapacitat, la Contractació del Lot 2 de tasques de manteniment de jardineria ha estat reservada a favor de Centres Especials de Treball, també en base al disposat al Protocol per la Contractació Responsable de l’Ajuntament de Girona aprovat, que inclou dins els contractes susceptibles de reserva (article 9), entre altres, els de serveis de conservació i manteniment o els de neteja, recollida i transport de residus. </w:t>
              <w:br/>
              <w:br/>
              <w:t>Veure apartat 1 "Definició de l’objecte del contracte" de l'Annex I del PCAP. (lote 2) · exp. 2025017030</w:t>
            </w:r>
          </w:p>
        </w:tc>
        <w:tc>
          <w:tcPr>
            <w:tcW w:type="dxa" w:w="1440"/>
          </w:tcPr>
          <w:p>
            <w:r>
              <w:t>Ajuntament de Girona</w:t>
            </w:r>
          </w:p>
        </w:tc>
        <w:tc>
          <w:tcPr>
            <w:tcW w:type="dxa" w:w="1440"/>
          </w:tcPr>
          <w:p>
            <w:r>
              <w:t>294.439,34 €</w:t>
            </w:r>
          </w:p>
        </w:tc>
        <w:tc>
          <w:tcPr>
            <w:tcW w:type="dxa" w:w="1440"/>
          </w:tcPr>
          <w:p>
            <w:r/>
          </w:p>
        </w:tc>
        <w:tc>
          <w:tcPr>
            <w:tcW w:type="dxa" w:w="1440"/>
          </w:tcPr>
          <w:p>
            <w:r>
              <w:t>31/10/2025 – en curso</w:t>
            </w:r>
          </w:p>
        </w:tc>
        <w:tc>
          <w:tcPr>
            <w:tcW w:type="dxa" w:w="1440"/>
          </w:tcPr>
          <w:p>
            <w:r>
              <w:rPr>
                <w:highlight w:val="yellow"/>
              </w:rPr>
              <w:t>rellenar</w:t>
            </w:r>
          </w:p>
        </w:tc>
      </w:tr>
      <w:tr>
        <w:tc>
          <w:tcPr>
            <w:tcW w:type="dxa" w:w="1440"/>
          </w:tcPr>
          <w:p>
            <w:r>
              <w:t>L’objecte del següent contracte la contractació dels treballs de manteniment de jardineria, dels parcs, jardins i arbrat viari de diverses zones del municipi i del cementiri de Sant Andreu Salou així com neteja de la brutícia que s’acumuli als parcs i altres zones amb vegetació.</w:t>
              <w:br/>
              <w:t>És objecte d’aquest contracte l’ocupació de persones amb discapacitat amb especials dificultats d’inclusió laboral, mitjançant la contractació de la conservació, manteniment i neteja de parcs i zones enjardinades, és per això que amb l’objectiu de promoure la integració social de determinats col·lectius amb risc d’exclusió social, concretament les persones amb discapacitat/s, es reserva la contractació d’entitats que tinguin la condició de Centres Especials de treball sense ànim de lucre , d’acord amb el previst a la DA 4ª de la Llei de Contractes del Sector Públic i la Directiva 2014/24/CE del Parlament Europeu. Únicament seran admesos els licitadors que acreditin aquesta condició, de manera que no podrà prese · exp. X2025000035</w:t>
            </w:r>
          </w:p>
        </w:tc>
        <w:tc>
          <w:tcPr>
            <w:tcW w:type="dxa" w:w="1440"/>
          </w:tcPr>
          <w:p>
            <w:r>
              <w:t>Ajuntament de Sant Andreu Salou</w:t>
            </w:r>
          </w:p>
        </w:tc>
        <w:tc>
          <w:tcPr>
            <w:tcW w:type="dxa" w:w="1440"/>
          </w:tcPr>
          <w:p>
            <w:r>
              <w:t>6.570,17 €</w:t>
            </w:r>
          </w:p>
        </w:tc>
        <w:tc>
          <w:tcPr>
            <w:tcW w:type="dxa" w:w="1440"/>
          </w:tcPr>
          <w:p>
            <w:r/>
          </w:p>
        </w:tc>
        <w:tc>
          <w:tcPr>
            <w:tcW w:type="dxa" w:w="1440"/>
          </w:tcPr>
          <w:p>
            <w:r>
              <w:t>02/07/2025 – en curso</w:t>
            </w:r>
          </w:p>
        </w:tc>
        <w:tc>
          <w:tcPr>
            <w:tcW w:type="dxa" w:w="1440"/>
          </w:tcPr>
          <w:p>
            <w:r>
              <w:rPr>
                <w:highlight w:val="yellow"/>
              </w:rPr>
              <w:t>rellenar</w:t>
            </w:r>
          </w:p>
        </w:tc>
      </w:tr>
      <w:tr>
        <w:tc>
          <w:tcPr>
            <w:tcW w:type="dxa" w:w="1440"/>
          </w:tcPr>
          <w:p>
            <w:r>
              <w:t>L’objecte del contracte és la contractació per lots, dos d’ells amb reserva social, del servei de neteja de diferents edificis i dependències del Consell Comarcal del Gironès.</w:t>
              <w:br/>
              <w:br/>
              <w:t>El contracte es divideix en els lots següents:</w:t>
              <w:br/>
              <w:br/>
              <w:t>LOT 1</w:t>
              <w:br/>
              <w:t xml:space="preserve">EDIFICI DE LA SEU DEL CONSELL COMARCAL DEL GIRONÈS </w:t>
              <w:br/>
              <w:t>(inclou els mòduls del Consorci de Benestar Social Salt-Gironès annex a la seu del Consell)</w:t>
              <w:br/>
              <w:t>Carrer Riera de mus, 1A-17003 GIRONA</w:t>
              <w:br/>
              <w:br/>
              <w:br/>
              <w:t>LOT 2</w:t>
              <w:br/>
              <w:t>EDIFICI SARRIÀ 221</w:t>
              <w:br/>
              <w:t>Avinguda de França núm. 221-17840 SARRIÀ DE TER</w:t>
              <w:br/>
              <w:br/>
              <w:br/>
              <w:t>LOT 3</w:t>
              <w:br/>
              <w:t>EDIFICI DELS BANYS ARABS</w:t>
              <w:br/>
              <w:t>Carrer Ferran el Catòlic, s/n-17001 GIRONA</w:t>
              <w:br/>
              <w:br/>
              <w:t>Els licitadors podran presentar la seva oferta als lots que considerin. (lote 3) · exp. 2025/11/1403</w:t>
            </w:r>
          </w:p>
        </w:tc>
        <w:tc>
          <w:tcPr>
            <w:tcW w:type="dxa" w:w="1440"/>
          </w:tcPr>
          <w:p>
            <w:r>
              <w:t>Consell Comarcal del Gironès</w:t>
            </w:r>
          </w:p>
        </w:tc>
        <w:tc>
          <w:tcPr>
            <w:tcW w:type="dxa" w:w="1440"/>
          </w:tcPr>
          <w:p>
            <w:r>
              <w:t>14.168,96 €</w:t>
            </w:r>
          </w:p>
        </w:tc>
        <w:tc>
          <w:tcPr>
            <w:tcW w:type="dxa" w:w="1440"/>
          </w:tcPr>
          <w:p>
            <w:r/>
          </w:p>
        </w:tc>
        <w:tc>
          <w:tcPr>
            <w:tcW w:type="dxa" w:w="1440"/>
          </w:tcPr>
          <w:p>
            <w:r>
              <w:t>31/12/2025 – en curso</w:t>
            </w:r>
          </w:p>
        </w:tc>
        <w:tc>
          <w:tcPr>
            <w:tcW w:type="dxa" w:w="1440"/>
          </w:tcPr>
          <w:p>
            <w:r>
              <w:rPr>
                <w:highlight w:val="yellow"/>
              </w:rPr>
              <w:t>rellenar</w:t>
            </w:r>
          </w:p>
        </w:tc>
      </w:tr>
      <w:tr>
        <w:tc>
          <w:tcPr>
            <w:tcW w:type="dxa" w:w="1440"/>
          </w:tcPr>
          <w:p>
            <w:r>
              <w:t>L’objecte del contracte és la prestació dels serveis consistents en la neteja dels diferents edificis, locals i dependències municipals de l’Ajuntament de Cornellà del Terri. La prestació dels servei inclou, els serveis ordinaris o generals, que són els programats, i els serveis extraordinaris, que són els treballs fora de programa, els quals estan vinculats a festes ciutadanes o culturals, o especials com ara neteges d’obra, neteges per a actes no habituals, o altres per circumstàncies imprevistes. · exp. X2025000260</w:t>
            </w:r>
          </w:p>
        </w:tc>
        <w:tc>
          <w:tcPr>
            <w:tcW w:type="dxa" w:w="1440"/>
          </w:tcPr>
          <w:p>
            <w:r>
              <w:t>Ajuntament de Cornellà del Terri</w:t>
            </w:r>
          </w:p>
        </w:tc>
        <w:tc>
          <w:tcPr>
            <w:tcW w:type="dxa" w:w="1440"/>
          </w:tcPr>
          <w:p>
            <w:r>
              <w:t>197.089,28 €</w:t>
            </w:r>
          </w:p>
        </w:tc>
        <w:tc>
          <w:tcPr>
            <w:tcW w:type="dxa" w:w="1440"/>
          </w:tcPr>
          <w:p>
            <w:r/>
          </w:p>
        </w:tc>
        <w:tc>
          <w:tcPr>
            <w:tcW w:type="dxa" w:w="1440"/>
          </w:tcPr>
          <w:p>
            <w:r>
              <w:t>27/08/2025 – en curso</w:t>
            </w:r>
          </w:p>
        </w:tc>
        <w:tc>
          <w:tcPr>
            <w:tcW w:type="dxa" w:w="1440"/>
          </w:tcPr>
          <w:p>
            <w:r>
              <w:rPr>
                <w:highlight w:val="yellow"/>
              </w:rPr>
              <w:t>rellenar</w:t>
            </w:r>
          </w:p>
        </w:tc>
      </w:tr>
      <w:tr>
        <w:tc>
          <w:tcPr>
            <w:tcW w:type="dxa" w:w="1440"/>
          </w:tcPr>
          <w:p>
            <w:r>
              <w:t>L’objecte d’aquest contracte és la prestació del servei d’àpats pels centres de serveis d’àmbit rural de Porqueres, Camallera, Agullana, Portbou, La Granadella i Maçanet de la Selva, gestionats per SUMAR, Serveis Públics d’Acció Social de Catalunya MP, SL, en endavant SUMAR, mitjançant procediment obert amb varis criteris d’adjudicació. (lote 1) · exp. 75/2025</w:t>
            </w:r>
          </w:p>
        </w:tc>
        <w:tc>
          <w:tcPr>
            <w:tcW w:type="dxa" w:w="1440"/>
          </w:tcPr>
          <w:p>
            <w:r>
              <w:t>Sumar, serveis públics d''acció social de Catalunya, MP, SL</w:t>
            </w:r>
          </w:p>
        </w:tc>
        <w:tc>
          <w:tcPr>
            <w:tcW w:type="dxa" w:w="1440"/>
          </w:tcPr>
          <w:p>
            <w:r>
              <w:t>179.791,92 €</w:t>
            </w:r>
          </w:p>
        </w:tc>
        <w:tc>
          <w:tcPr>
            <w:tcW w:type="dxa" w:w="1440"/>
          </w:tcPr>
          <w:p>
            <w:r/>
          </w:p>
        </w:tc>
        <w:tc>
          <w:tcPr>
            <w:tcW w:type="dxa" w:w="1440"/>
          </w:tcPr>
          <w:p>
            <w:r>
              <w:t>27/05/2025 – 27/05/2026</w:t>
            </w:r>
          </w:p>
        </w:tc>
        <w:tc>
          <w:tcPr>
            <w:tcW w:type="dxa" w:w="1440"/>
          </w:tcPr>
          <w:p>
            <w:r>
              <w:rPr>
                <w:highlight w:val="yellow"/>
              </w:rPr>
              <w:t>rellenar</w:t>
            </w:r>
          </w:p>
        </w:tc>
      </w:tr>
      <w:tr>
        <w:tc>
          <w:tcPr>
            <w:tcW w:type="dxa" w:w="1440"/>
          </w:tcPr>
          <w:p>
            <w:r>
              <w:t>El Consorci de Les Vies Verdes de Girona és una entitat pública adscrita a la Diputació de Girona, essent el seu objecte la gestió de les diferents rutes que integren les vies verdes de Girona, així com el manteniment i la millora de la infraestructura, la promoció del seu ús i l'ampliació de la xarxa.El Consorci de les Vies Verdes de Girona té la necessitat de contractar el servei de manteniment de les rutes que s'indiquen a continuació i que es distribuiran en els següents lots:</w:t>
              <w:br/>
              <w:br/>
              <w:t>- Lot 1 Ruta del Carrilet I / Olot - Girona (59,5 km)</w:t>
              <w:br/>
              <w:t>- Lot 2 Ruta del Carrilet II / Girona - Sant Feliu de Guíxols (48,5 km)</w:t>
              <w:br/>
              <w:t>- Lot 3 Ruta Termal / Cassà de la Selva - Caldes de Malavella - PGA 14 (km)</w:t>
              <w:br/>
              <w:t>- Lot 4 Camí de la Muga / Sant Llorenç de la Muga - Castelló d'Empúries - Empuriabrava (41 km)</w:t>
              <w:br/>
              <w:t>- Lot 5 Pirinexus Ripollès /Sant Joan de les Abadesses – Camprodon i Llanars-Vilallonga de Ter(17,1 km)</w:t>
              <w:br/>
              <w:t>- Lot 6 Pirinexus Empordà / Palafrugell - La Jonquera (95 km)</w:t>
              <w:br/>
              <w:t>- Lot 7 Ruta de les Masies / Fornells de la Selva  (lote 3) · exp. 2024/89</w:t>
            </w:r>
          </w:p>
        </w:tc>
        <w:tc>
          <w:tcPr>
            <w:tcW w:type="dxa" w:w="1440"/>
          </w:tcPr>
          <w:p>
            <w:r>
              <w:t>Consorci de les Vies Verdes de Girona</w:t>
            </w:r>
          </w:p>
        </w:tc>
        <w:tc>
          <w:tcPr>
            <w:tcW w:type="dxa" w:w="1440"/>
          </w:tcPr>
          <w:p>
            <w:r>
              <w:t>18.351,00 €</w:t>
            </w:r>
          </w:p>
        </w:tc>
        <w:tc>
          <w:tcPr>
            <w:tcW w:type="dxa" w:w="1440"/>
          </w:tcPr>
          <w:p>
            <w:r/>
          </w:p>
        </w:tc>
        <w:tc>
          <w:tcPr>
            <w:tcW w:type="dxa" w:w="1440"/>
          </w:tcPr>
          <w:p>
            <w:r>
              <w:t>13/06/2025 – en curso</w:t>
            </w:r>
          </w:p>
        </w:tc>
        <w:tc>
          <w:tcPr>
            <w:tcW w:type="dxa" w:w="1440"/>
          </w:tcPr>
          <w:p>
            <w:r>
              <w:rPr>
                <w:highlight w:val="yellow"/>
              </w:rPr>
              <w:t>rellenar</w:t>
            </w:r>
          </w:p>
        </w:tc>
      </w:tr>
      <w:tr>
        <w:tc>
          <w:tcPr>
            <w:tcW w:type="dxa" w:w="1440"/>
          </w:tcPr>
          <w:p>
            <w:r>
              <w:t>Servei de neteja  de l'institut Sarrià de Ter de Sarrià de Ter · exp. 17010682/2/2024</w:t>
            </w:r>
          </w:p>
        </w:tc>
        <w:tc>
          <w:tcPr>
            <w:tcW w:type="dxa" w:w="1440"/>
          </w:tcPr>
          <w:p>
            <w:r>
              <w:t>Departament d'Educació i Formació Professional</w:t>
            </w:r>
          </w:p>
        </w:tc>
        <w:tc>
          <w:tcPr>
            <w:tcW w:type="dxa" w:w="1440"/>
          </w:tcPr>
          <w:p>
            <w:r>
              <w:t>32.751,67 €</w:t>
            </w:r>
          </w:p>
        </w:tc>
        <w:tc>
          <w:tcPr>
            <w:tcW w:type="dxa" w:w="1440"/>
          </w:tcPr>
          <w:p>
            <w:r/>
          </w:p>
        </w:tc>
        <w:tc>
          <w:tcPr>
            <w:tcW w:type="dxa" w:w="1440"/>
          </w:tcPr>
          <w:p>
            <w:r>
              <w:t>15/01/2025 – 31/12/2025</w:t>
            </w:r>
          </w:p>
        </w:tc>
        <w:tc>
          <w:tcPr>
            <w:tcW w:type="dxa" w:w="1440"/>
          </w:tcPr>
          <w:p>
            <w:r>
              <w:rPr>
                <w:highlight w:val="yellow"/>
              </w:rPr>
              <w:t>rellenar</w:t>
            </w:r>
          </w:p>
        </w:tc>
      </w:tr>
      <w:tr>
        <w:tc>
          <w:tcPr>
            <w:tcW w:type="dxa" w:w="1440"/>
          </w:tcPr>
          <w:p>
            <w:r>
              <w:t>Aquest contracte té per objecte la prestació dels serveis de neteja de vidres en alçada de la biblioteca comarcal del Pla de l’Estany · exp. X2024003934</w:t>
            </w:r>
          </w:p>
        </w:tc>
        <w:tc>
          <w:tcPr>
            <w:tcW w:type="dxa" w:w="1440"/>
          </w:tcPr>
          <w:p>
            <w:r>
              <w:t>Consell Comarcal del Pla de l'Estany</w:t>
            </w:r>
          </w:p>
        </w:tc>
        <w:tc>
          <w:tcPr>
            <w:tcW w:type="dxa" w:w="1440"/>
          </w:tcPr>
          <w:p>
            <w:r>
              <w:t>2.932,80 €</w:t>
            </w:r>
          </w:p>
        </w:tc>
        <w:tc>
          <w:tcPr>
            <w:tcW w:type="dxa" w:w="1440"/>
          </w:tcPr>
          <w:p>
            <w:r/>
          </w:p>
        </w:tc>
        <w:tc>
          <w:tcPr>
            <w:tcW w:type="dxa" w:w="1440"/>
          </w:tcPr>
          <w:p>
            <w:r>
              <w:t>23/12/2024 – en curso</w:t>
            </w:r>
          </w:p>
        </w:tc>
        <w:tc>
          <w:tcPr>
            <w:tcW w:type="dxa" w:w="1440"/>
          </w:tcPr>
          <w:p>
            <w:r>
              <w:rPr>
                <w:highlight w:val="yellow"/>
              </w:rPr>
              <w:t>rellenar</w:t>
            </w:r>
          </w:p>
        </w:tc>
      </w:tr>
      <w:tr>
        <w:tc>
          <w:tcPr>
            <w:tcW w:type="dxa" w:w="1440"/>
          </w:tcPr>
          <w:p>
            <w:r>
              <w:t>L’objecte del contracte és el servei de càtering per als actes de participació, de difusió i reunions de treball del GiroNat: trobades entre els socis i/o amb els representants de la Fundación Biodiversidad, per les trobades amb altres entitats del territori, amb objectius afins, interessades en projecte, o susceptibles de participar‐hi i per a les accions de participació i difusió organitzades dins el projecte GiroNat, adreçades a entitats, professionals, empreses... i ciutadania en general. Tots els serveis de càtering, objecte del contracte, són per a l'efectiva execució d'un projecte Next‐Generation i la seva durada està limitada al termini d'execució del projecte: el GiroNat (Gir cap a la renaturalització per a una Girona més resilient i saludable, subvencionat per la Fundación Biodiversidad FSP amb fons NextGenerationEU de la Unió Europea), que finalitza el 30 de desembre de 2025. · exp. 2024021027</w:t>
            </w:r>
          </w:p>
        </w:tc>
        <w:tc>
          <w:tcPr>
            <w:tcW w:type="dxa" w:w="1440"/>
          </w:tcPr>
          <w:p>
            <w:r>
              <w:t>Ajuntament de Girona</w:t>
            </w:r>
          </w:p>
        </w:tc>
        <w:tc>
          <w:tcPr>
            <w:tcW w:type="dxa" w:w="1440"/>
          </w:tcPr>
          <w:p>
            <w:r>
              <w:t>5.280,00 €</w:t>
            </w:r>
          </w:p>
        </w:tc>
        <w:tc>
          <w:tcPr>
            <w:tcW w:type="dxa" w:w="1440"/>
          </w:tcPr>
          <w:p>
            <w:r/>
          </w:p>
        </w:tc>
        <w:tc>
          <w:tcPr>
            <w:tcW w:type="dxa" w:w="1440"/>
          </w:tcPr>
          <w:p>
            <w:r>
              <w:t>19/08/2024 – 30/12/2025</w:t>
            </w:r>
          </w:p>
        </w:tc>
        <w:tc>
          <w:tcPr>
            <w:tcW w:type="dxa" w:w="1440"/>
          </w:tcPr>
          <w:p>
            <w:r>
              <w:rPr>
                <w:highlight w:val="yellow"/>
              </w:rPr>
              <w:t>rellenar</w:t>
            </w:r>
          </w:p>
        </w:tc>
      </w:tr>
      <w:tr>
        <w:tc>
          <w:tcPr>
            <w:tcW w:type="dxa" w:w="1440"/>
          </w:tcPr>
          <w:p>
            <w:r>
              <w:t>El contracte té per objecte la prestació del servei de neteja dels equipaments de brigades,</w:t>
              <w:br/>
              <w:t>magatzems, dipòsits i lavabos públics municipals i el subministrament dels consumibles</w:t>
              <w:br/>
              <w:t>associats a l’objecte del contracte: sabó rentamans, paper higiènic, paper eixugamans i la</w:t>
              <w:br/>
              <w:t>instal∙lació i subministraments dels dispensadors d’aquests consumibles, així com també</w:t>
              <w:br/>
              <w:t>contenidors higiènics femenins i de xeringues. (lote 1) · exp. 2024006303</w:t>
            </w:r>
          </w:p>
        </w:tc>
        <w:tc>
          <w:tcPr>
            <w:tcW w:type="dxa" w:w="1440"/>
          </w:tcPr>
          <w:p>
            <w:r>
              <w:t>Ajuntament de Girona</w:t>
            </w:r>
          </w:p>
        </w:tc>
        <w:tc>
          <w:tcPr>
            <w:tcW w:type="dxa" w:w="1440"/>
          </w:tcPr>
          <w:p>
            <w:r>
              <w:t>66.503,40 €</w:t>
            </w:r>
          </w:p>
        </w:tc>
        <w:tc>
          <w:tcPr>
            <w:tcW w:type="dxa" w:w="1440"/>
          </w:tcPr>
          <w:p>
            <w:r/>
          </w:p>
        </w:tc>
        <w:tc>
          <w:tcPr>
            <w:tcW w:type="dxa" w:w="1440"/>
          </w:tcPr>
          <w:p>
            <w:r>
              <w:t>16/10/2024 – 31/10/2026</w:t>
            </w:r>
          </w:p>
        </w:tc>
        <w:tc>
          <w:tcPr>
            <w:tcW w:type="dxa" w:w="1440"/>
          </w:tcPr>
          <w:p>
            <w:r>
              <w:rPr>
                <w:highlight w:val="yellow"/>
              </w:rPr>
              <w:t>rellenar</w:t>
            </w:r>
          </w:p>
        </w:tc>
      </w:tr>
      <w:tr>
        <w:tc>
          <w:tcPr>
            <w:tcW w:type="dxa" w:w="1440"/>
          </w:tcPr>
          <w:p>
            <w:r>
              <w:t>El servei de gestió i control d’arbres i flora exòtica invasora que es localitzen a l’àmbit de les Hortes de Santa Eugènia per desenvolupar l’acció 3 de l’actuació 1 “Millora de la zona de les Hortes de Santa Eugènia” de l’eix 1 “Transició verda i sostenible” del Pla de Sostenibilitat turística en destinació de l’Ajuntament de Girona - Exp. SED091/22/000001- anomenat “Menja’t Girona”, en el marc de l’estratègia de sostenibilitat turística en destinacions dins del Pla de Recuperació, Transformació i Resiliència. Així, es pretén minimitzar l’impacte negatiu que confereixen la FEI en els hàbitats naturals i hortícoles, en espais · exp. 2024010959</w:t>
            </w:r>
          </w:p>
        </w:tc>
        <w:tc>
          <w:tcPr>
            <w:tcW w:type="dxa" w:w="1440"/>
          </w:tcPr>
          <w:p>
            <w:r>
              <w:t>Ajuntament de Girona</w:t>
            </w:r>
          </w:p>
        </w:tc>
        <w:tc>
          <w:tcPr>
            <w:tcW w:type="dxa" w:w="1440"/>
          </w:tcPr>
          <w:p>
            <w:r>
              <w:t>6.889,40 €</w:t>
            </w:r>
          </w:p>
        </w:tc>
        <w:tc>
          <w:tcPr>
            <w:tcW w:type="dxa" w:w="1440"/>
          </w:tcPr>
          <w:p>
            <w:r/>
          </w:p>
        </w:tc>
        <w:tc>
          <w:tcPr>
            <w:tcW w:type="dxa" w:w="1440"/>
          </w:tcPr>
          <w:p>
            <w:r>
              <w:t>15/05/2024 – 15/05/2025</w:t>
            </w:r>
          </w:p>
        </w:tc>
        <w:tc>
          <w:tcPr>
            <w:tcW w:type="dxa" w:w="1440"/>
          </w:tcPr>
          <w:p>
            <w:r>
              <w:rPr>
                <w:highlight w:val="yellow"/>
              </w:rPr>
              <w:t>rellenar</w:t>
            </w:r>
          </w:p>
        </w:tc>
      </w:tr>
      <w:tr>
        <w:tc>
          <w:tcPr>
            <w:tcW w:type="dxa" w:w="1440"/>
          </w:tcPr>
          <w:p>
            <w:r>
              <w:t>Servei de bugaderia als albergs de la XANASCAT. (lote 1) · exp. ACJ-2024-19</w:t>
            </w:r>
          </w:p>
        </w:tc>
        <w:tc>
          <w:tcPr>
            <w:tcW w:type="dxa" w:w="1440"/>
          </w:tcPr>
          <w:p>
            <w:r>
              <w:t>Agència Catalana de la Joventut</w:t>
            </w:r>
          </w:p>
        </w:tc>
        <w:tc>
          <w:tcPr>
            <w:tcW w:type="dxa" w:w="1440"/>
          </w:tcPr>
          <w:p>
            <w:r>
              <w:t>26.855,34 €</w:t>
            </w:r>
          </w:p>
        </w:tc>
        <w:tc>
          <w:tcPr>
            <w:tcW w:type="dxa" w:w="1440"/>
          </w:tcPr>
          <w:p>
            <w:r/>
          </w:p>
        </w:tc>
        <w:tc>
          <w:tcPr>
            <w:tcW w:type="dxa" w:w="1440"/>
          </w:tcPr>
          <w:p>
            <w:r>
              <w:t>02/07/2024 – 31/12/2025</w:t>
            </w:r>
          </w:p>
        </w:tc>
        <w:tc>
          <w:tcPr>
            <w:tcW w:type="dxa" w:w="1440"/>
          </w:tcPr>
          <w:p>
            <w:r>
              <w:rPr>
                <w:highlight w:val="yellow"/>
              </w:rPr>
              <w:t>rellenar</w:t>
            </w:r>
          </w:p>
        </w:tc>
      </w:tr>
      <w:tr>
        <w:tc>
          <w:tcPr>
            <w:tcW w:type="dxa" w:w="1440"/>
          </w:tcPr>
          <w:p>
            <w:r>
              <w:t>Contractació del servei de neteja i manteniment dels espais públics amb paviment tou amb mitjans manuals i que inclou la retirada de papers,plàstics, llaunes, fulles o qualsevol altre residu. · exp. 2023F035000005_2</w:t>
            </w:r>
          </w:p>
        </w:tc>
        <w:tc>
          <w:tcPr>
            <w:tcW w:type="dxa" w:w="1440"/>
          </w:tcPr>
          <w:p>
            <w:r>
              <w:t>Ajuntament de Salt</w:t>
            </w:r>
          </w:p>
        </w:tc>
        <w:tc>
          <w:tcPr>
            <w:tcW w:type="dxa" w:w="1440"/>
          </w:tcPr>
          <w:p>
            <w:r>
              <w:t>79.679,79 €</w:t>
            </w:r>
          </w:p>
        </w:tc>
        <w:tc>
          <w:tcPr>
            <w:tcW w:type="dxa" w:w="1440"/>
          </w:tcPr>
          <w:p>
            <w:r/>
          </w:p>
        </w:tc>
        <w:tc>
          <w:tcPr>
            <w:tcW w:type="dxa" w:w="1440"/>
          </w:tcPr>
          <w:p>
            <w:r>
              <w:t>31/05/2024 – 31/05/2025</w:t>
            </w:r>
          </w:p>
        </w:tc>
        <w:tc>
          <w:tcPr>
            <w:tcW w:type="dxa" w:w="1440"/>
          </w:tcPr>
          <w:p>
            <w:r>
              <w:rPr>
                <w:highlight w:val="yellow"/>
              </w:rPr>
              <w:t>rellenar</w:t>
            </w:r>
          </w:p>
        </w:tc>
      </w:tr>
      <w:tr>
        <w:tc>
          <w:tcPr>
            <w:tcW w:type="dxa" w:w="1440"/>
          </w:tcPr>
          <w:p>
            <w:r>
              <w:t>Prestació del servei de manteniment de la jardineria i de les zones exteriors dels Campus Barri Vell, Centre i Montilivi, de la Universitat de Girona, amb una empresa qualificada com a Centre Especial de Treball. · exp. UdG-2023-0042</w:t>
            </w:r>
          </w:p>
        </w:tc>
        <w:tc>
          <w:tcPr>
            <w:tcW w:type="dxa" w:w="1440"/>
          </w:tcPr>
          <w:p>
            <w:r>
              <w:t>Universitat de Girona</w:t>
            </w:r>
          </w:p>
        </w:tc>
        <w:tc>
          <w:tcPr>
            <w:tcW w:type="dxa" w:w="1440"/>
          </w:tcPr>
          <w:p>
            <w:r>
              <w:t>163.568,43 €</w:t>
            </w:r>
          </w:p>
        </w:tc>
        <w:tc>
          <w:tcPr>
            <w:tcW w:type="dxa" w:w="1440"/>
          </w:tcPr>
          <w:p>
            <w:r/>
          </w:p>
        </w:tc>
        <w:tc>
          <w:tcPr>
            <w:tcW w:type="dxa" w:w="1440"/>
          </w:tcPr>
          <w:p>
            <w:r>
              <w:t>31/07/2024 – 31/07/2026</w:t>
            </w:r>
          </w:p>
        </w:tc>
        <w:tc>
          <w:tcPr>
            <w:tcW w:type="dxa" w:w="1440"/>
          </w:tcPr>
          <w:p>
            <w:r>
              <w:rPr>
                <w:highlight w:val="yellow"/>
              </w:rPr>
              <w:t>rellenar</w:t>
            </w:r>
          </w:p>
        </w:tc>
      </w:tr>
      <w:tr>
        <w:tc>
          <w:tcPr>
            <w:tcW w:type="dxa" w:w="1440"/>
          </w:tcPr>
          <w:p>
            <w:r>
              <w:t>Servei de càtering d’alimentació per a joves sense llar i estan en situació d’extrema vulnerabilitat. · exp. 2023033917</w:t>
            </w:r>
          </w:p>
        </w:tc>
        <w:tc>
          <w:tcPr>
            <w:tcW w:type="dxa" w:w="1440"/>
          </w:tcPr>
          <w:p>
            <w:r>
              <w:t>Ajuntament de Girona</w:t>
            </w:r>
          </w:p>
        </w:tc>
        <w:tc>
          <w:tcPr>
            <w:tcW w:type="dxa" w:w="1440"/>
          </w:tcPr>
          <w:p>
            <w:r>
              <w:t>48.164,76 €</w:t>
            </w:r>
          </w:p>
        </w:tc>
        <w:tc>
          <w:tcPr>
            <w:tcW w:type="dxa" w:w="1440"/>
          </w:tcPr>
          <w:p>
            <w:r/>
          </w:p>
        </w:tc>
        <w:tc>
          <w:tcPr>
            <w:tcW w:type="dxa" w:w="1440"/>
          </w:tcPr>
          <w:p>
            <w:r>
              <w:t>18/01/2024 – 18/01/2026</w:t>
            </w:r>
          </w:p>
        </w:tc>
        <w:tc>
          <w:tcPr>
            <w:tcW w:type="dxa" w:w="1440"/>
          </w:tcPr>
          <w:p>
            <w:r>
              <w:rPr>
                <w:highlight w:val="yellow"/>
              </w:rPr>
              <w:t>rellenar</w:t>
            </w:r>
          </w:p>
        </w:tc>
      </w:tr>
      <w:tr>
        <w:tc>
          <w:tcPr>
            <w:tcW w:type="dxa" w:w="1440"/>
          </w:tcPr>
          <w:p>
            <w:r>
              <w:t>Serveis de bugaderia Divisions IMLCFC i Gerència BCN Ciutat i l'Hospitalet de Llobregat (lote 1) · exp. JU-2024-14</w:t>
            </w:r>
          </w:p>
        </w:tc>
        <w:tc>
          <w:tcPr>
            <w:tcW w:type="dxa" w:w="1440"/>
          </w:tcPr>
          <w:p>
            <w:r>
              <w:t>Departament de Justícia, Drets i Memòria</w:t>
            </w:r>
          </w:p>
        </w:tc>
        <w:tc>
          <w:tcPr>
            <w:tcW w:type="dxa" w:w="1440"/>
          </w:tcPr>
          <w:p>
            <w:r>
              <w:t>10.394,46 €</w:t>
            </w:r>
          </w:p>
        </w:tc>
        <w:tc>
          <w:tcPr>
            <w:tcW w:type="dxa" w:w="1440"/>
          </w:tcPr>
          <w:p>
            <w:r/>
          </w:p>
        </w:tc>
        <w:tc>
          <w:tcPr>
            <w:tcW w:type="dxa" w:w="1440"/>
          </w:tcPr>
          <w:p>
            <w:r>
              <w:t>30/04/2024 – en curso</w:t>
            </w:r>
          </w:p>
        </w:tc>
        <w:tc>
          <w:tcPr>
            <w:tcW w:type="dxa" w:w="1440"/>
          </w:tcPr>
          <w:p>
            <w:r>
              <w:rPr>
                <w:highlight w:val="yellow"/>
              </w:rPr>
              <w:t>rellenar</w:t>
            </w:r>
          </w:p>
        </w:tc>
      </w:tr>
      <w:tr>
        <w:tc>
          <w:tcPr>
            <w:tcW w:type="dxa" w:w="1440"/>
          </w:tcPr>
          <w:p>
            <w:r>
              <w:t>L'objecte del contracte és la prestació dels serveis auxiliars d’assentament del mercat municipal ambulant de Can Gibert del Pla, així com la inserció de col·lectius amb risc d’exclusió social.</w:t>
              <w:br/>
              <w:t xml:space="preserve">Les prestacions a desenvolupar es relacionen en el Plec de Prescripcions Tècniques (en endavant PPT) i consisteixen en: </w:t>
              <w:br/>
              <w:t xml:space="preserve">- El muntatge i desmuntatge dels mòduls que s’utilitzen com a parades del mercat. </w:t>
              <w:br/>
              <w:t xml:space="preserve">- La custòdia i emmagatzematge dels mòduls (parades) i el seu transport fins el lloc on s’ubica el mercat i viceversa. </w:t>
              <w:br/>
              <w:t>- La neteja de l’espai destinat al mercat un cop finalitzat aquest i acabat el desmuntatge de les parades · exp. 2023036748</w:t>
            </w:r>
          </w:p>
        </w:tc>
        <w:tc>
          <w:tcPr>
            <w:tcW w:type="dxa" w:w="1440"/>
          </w:tcPr>
          <w:p>
            <w:r>
              <w:t>Ajuntament de Girona</w:t>
            </w:r>
          </w:p>
        </w:tc>
        <w:tc>
          <w:tcPr>
            <w:tcW w:type="dxa" w:w="1440"/>
          </w:tcPr>
          <w:p>
            <w:r>
              <w:t>32.362,04 €</w:t>
            </w:r>
          </w:p>
        </w:tc>
        <w:tc>
          <w:tcPr>
            <w:tcW w:type="dxa" w:w="1440"/>
          </w:tcPr>
          <w:p>
            <w:r/>
          </w:p>
        </w:tc>
        <w:tc>
          <w:tcPr>
            <w:tcW w:type="dxa" w:w="1440"/>
          </w:tcPr>
          <w:p>
            <w:r>
              <w:t>14/02/2024 – 14/02/2025</w:t>
            </w:r>
          </w:p>
        </w:tc>
        <w:tc>
          <w:tcPr>
            <w:tcW w:type="dxa" w:w="1440"/>
          </w:tcPr>
          <w:p>
            <w:r>
              <w:rPr>
                <w:highlight w:val="yellow"/>
              </w:rPr>
              <w:t>rellenar</w:t>
            </w:r>
          </w:p>
        </w:tc>
      </w:tr>
      <w:tr>
        <w:tc>
          <w:tcPr>
            <w:tcW w:type="dxa" w:w="1440"/>
          </w:tcPr>
          <w:p>
            <w:r>
              <w:t>L’objecte d’aquest contracte és la prestació del servei de repartiment d’àpats a domicili per a persones majors de 64 anys i persones dependents de Girona i del servei de menjador per a la gent gran a la ciutat de Girona. El detall de les prestacions i de les tasques que caldrà realitzar es detallen · exp. 2023020107</w:t>
            </w:r>
          </w:p>
        </w:tc>
        <w:tc>
          <w:tcPr>
            <w:tcW w:type="dxa" w:w="1440"/>
          </w:tcPr>
          <w:p>
            <w:r>
              <w:t>Ajuntament de Girona</w:t>
            </w:r>
          </w:p>
        </w:tc>
        <w:tc>
          <w:tcPr>
            <w:tcW w:type="dxa" w:w="1440"/>
          </w:tcPr>
          <w:p>
            <w:r>
              <w:t>167.742,00 €</w:t>
            </w:r>
          </w:p>
        </w:tc>
        <w:tc>
          <w:tcPr>
            <w:tcW w:type="dxa" w:w="1440"/>
          </w:tcPr>
          <w:p>
            <w:r/>
          </w:p>
        </w:tc>
        <w:tc>
          <w:tcPr>
            <w:tcW w:type="dxa" w:w="1440"/>
          </w:tcPr>
          <w:p>
            <w:r>
              <w:t>07/11/2023 – 06/11/2024</w:t>
            </w:r>
          </w:p>
        </w:tc>
        <w:tc>
          <w:tcPr>
            <w:tcW w:type="dxa" w:w="1440"/>
          </w:tcPr>
          <w:p>
            <w:r>
              <w:rPr>
                <w:highlight w:val="yellow"/>
              </w:rPr>
              <w:t>rellenar</w:t>
            </w:r>
          </w:p>
        </w:tc>
      </w:tr>
      <w:tr>
        <w:tc>
          <w:tcPr>
            <w:tcW w:type="dxa" w:w="1440"/>
          </w:tcPr>
          <w:p>
            <w:r>
              <w:t>L'objecte del contracte són les actuacions de manteniment a realitzar pel Consorci de les Vies Verdes de Girona en les rutes que tot seguit es detallen:</w:t>
              <w:br/>
              <w:t>Lot 1: Via verda de les Masies. Recorregut: Aiguaviva - aeroport de Girona (16 km)</w:t>
              <w:br/>
              <w:t>Lot 2: Ruta del Pla del Gironès Sud. Recorregut: Cassà de la Selva - Llambilles - Fornells de la Selva (41,20 km)</w:t>
              <w:br/>
              <w:t>Lot 3: Ruta Pirinexus Litoral. Recorregut: Figueres - Vilajuïga (45 km)</w:t>
              <w:br/>
              <w:t>Lot 4: Via verda de Breda i Riells i Viabrea. Recorregut: Enllaç interurbà Riells - Viabrea (2,5 km) (lote 2) · exp. 2022/156</w:t>
            </w:r>
          </w:p>
        </w:tc>
        <w:tc>
          <w:tcPr>
            <w:tcW w:type="dxa" w:w="1440"/>
          </w:tcPr>
          <w:p>
            <w:r>
              <w:t>Consorci de les Vies Verdes de Girona</w:t>
            </w:r>
          </w:p>
        </w:tc>
        <w:tc>
          <w:tcPr>
            <w:tcW w:type="dxa" w:w="1440"/>
          </w:tcPr>
          <w:p>
            <w:r>
              <w:t>101.740,71 €</w:t>
            </w:r>
          </w:p>
        </w:tc>
        <w:tc>
          <w:tcPr>
            <w:tcW w:type="dxa" w:w="1440"/>
          </w:tcPr>
          <w:p>
            <w:r/>
          </w:p>
        </w:tc>
        <w:tc>
          <w:tcPr>
            <w:tcW w:type="dxa" w:w="1440"/>
          </w:tcPr>
          <w:p>
            <w:r>
              <w:t>02/05/2024 – 02/05/2026</w:t>
            </w:r>
          </w:p>
        </w:tc>
        <w:tc>
          <w:tcPr>
            <w:tcW w:type="dxa" w:w="1440"/>
          </w:tcPr>
          <w:p>
            <w:r>
              <w:rPr>
                <w:highlight w:val="yellow"/>
              </w:rPr>
              <w:t>rellenar</w:t>
            </w:r>
          </w:p>
        </w:tc>
      </w:tr>
    </w:tbl>
    <w:p/>
    <w:p>
      <w:r>
        <w:rPr>
          <w:b/>
        </w:rPr>
        <w:t>Importe adjudicado en el periodo: 2.527.146,26 € sin IVA, en 30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Gerencia de EGARSAT (NIF G64438997)</w:t>
      </w:r>
    </w:p>
    <w:p>
      <w:r>
        <w:t xml:space="preserve">Fundació Privada Mas Xirgu, con NIF G55121909, adjudicataria del contrato «Gestión integral del servicio de lavandería de vestuario laboral y ropa plana y suministro en caso de deterioro o extravío, para los Centros Asistenciales de la provincia de Barcelona y Girona, de EGARSAT, Mutua Colaboradora con la Seguridad Social Nº 276.», lote 2, expediente 2026/LIC/0036, adjudicado el 26/10/2026 por 24.287,51 €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26/11/2026 a 26/11/2027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del Consorcio Universitario del Centro Asociado de la UNED en Girona (NIF Q1718001I)</w:t>
      </w:r>
    </w:p>
    <w:p>
      <w:r>
        <w:t xml:space="preserve">Fundació Privada Mas Xirgu, con NIF G55121909, adjudicataria del contrato «Servicio de limpieza del edificio e instalaciones de la sede central del Centro Asociado UNED Girona», expediente 4/2024, adjudicado el 28/11/2024 por 12.470,00 €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28/12/2024 a 28/12/2026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Director Gerente de Mutua Intercomarcal MATEPSS Nº 39 (NIF G60328796)</w:t>
      </w:r>
    </w:p>
    <w:p>
      <w:r>
        <w:t xml:space="preserve">Fundació Privada Mas Xirgu, con NIF G55121909, adjudicataria del contrato «Servicios de lavanderia para la ropa de trabajo de los trabajadores de Mutua Intercomarcal», expediente 2024/LIC/0062, adjudicado el 26/06/2024 por 1.482,00 €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26/06/2024 a 26/06/2025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General de Mutua Montañesa (NIF G39008321)</w:t>
      </w:r>
    </w:p>
    <w:p>
      <w:r>
        <w:t xml:space="preserve">Fundació Privada Mas Xirgu, con NIF G55121909, adjudicataria del contrato «Servicio de lavanderia de las delegaciones de Mutua Montañesa», lote 3, expediente 2023-002-014, adjudicado el 14/04/2023 por 20.790,00 €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01/05/2023 a 01/05/2026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Consorci Centre d'Acolliment i Serveis Socials 'la Sopa'</w:t>
      </w:r>
    </w:p>
    <w:p>
      <w:r>
        <w:t xml:space="preserve">Fundació Privada Mas Xirgu, con NIF G55121909, adjudicataria del contrato «Servei de neteja del Consorci Centre d'Acolliment i Serveis Socials La Sopa. Contracte agrupat de l'Ajuntament de Girona que inclou el Consorci CASS La Sopa, en virtut del conveni subscrit entre l'Ajuntament de Girona i l'ens dependent.», expediente X2025000133, adjudicado el …… por 204.835,38 €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01/08/2026 a 31/07/2028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Riudellots de la Selva</w:t>
      </w:r>
    </w:p>
    <w:p>
      <w:r>
        <w:t xml:space="preserve">Fundació Privada Mas Xirgu, con NIF G55121909, adjudicataria del contrato «Serveis de conservació, neteja i manteniment dels espais verds (parcs, zones verdes, parcel·les propietat de l'Ajuntament de Riudellots de la Selva, carrils bici, ...) i arbrat viari del municipi de Riudellots de la Selva.», expediente X2026000488, adjudicado el …… por 369.983,19 €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05/10/2026 a 05/10/2029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Fundació Universitat de Girona: Innovació i Formació (FUdGIF)</w:t>
      </w:r>
    </w:p>
    <w:p>
      <w:r>
        <w:t xml:space="preserve">Fundació Privada Mas Xirgu, con NIF G55121909, adjudicataria del contrato «prestació d’un servei de càtering per a l’atenció de les persones assistents al congrés 259003 – 2026 IMISCOE Annual Conference», expediente 25-26.LC.042, adjudicado el …… por 38.754,70 €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02/06/2026 a 02/07/2026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Diputació de Girona</w:t>
      </w:r>
    </w:p>
    <w:p>
      <w:r>
        <w:t xml:space="preserve">Fundació Privada Mas Xirgu, con NIF G55121909, adjudicataria del contrato «Lote 1 (reservado): </w:t>
        <w:br/>
        <w:br/>
        <w:t xml:space="preserve">Servicio de limpieza de cristales interiores y exteriores de los edificios y dependencias titularidad de la Diputación de Girona que se listan a continuación, de acuerdo con los requisitos y las condiciones que se detallan en el pliego de prescripciones técnicas. </w:t>
        <w:br/>
        <w:br/>
        <w:t>- Edificio Palau. Pda. de Sant Martí, 5, Girona</w:t>
        <w:br/>
        <w:t>- Edificio Can Cugat. C/ del Sac, 4 (acceso por subida de Sant Martí, 5), Girona</w:t>
        <w:br/>
        <w:t>- Edificio Can Forn. Pda. de Sant Martí, 4, Girona</w:t>
        <w:br/>
        <w:t>- Edificio Generali (oficinas plantas: 8a 1a, 7a 1a i 2a, 6a 1a i 2a, 3a 5a y 2a). Avda. Jaume I, 37, Girona</w:t>
        <w:br/>
        <w:t>- Oficinas de Asistencia Control Interno. C/ Pare Claret, 37, entresuelo, Girona</w:t>
        <w:br/>
        <w:t>- Oficinas Servicio Programas Europeos. C/ Emili Grahit, 13-15, 9B, Girona</w:t>
        <w:br/>
        <w:t>- Edificio Casa de Cultura. Plaza del Hospital, 6, Girona</w:t>
        <w:br/>
        <w:t>- Casa de Cultura Les Bernardes. C/ Major, 172, Salt</w:t>
        <w:br/>
        <w:br/>
        <w:t xml:space="preserve">Se reserva el derecho a participar en el procedimiento de adjudicación de este lote 1 a Centros Especiales de Trabajo de Iniciativa Social (de ahora en ade», lote 1, expediente 2025/9930, adjudicado el …… por 41.884,71 €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30/04/2026 a 30/04/2028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Llagostera</w:t>
      </w:r>
    </w:p>
    <w:p>
      <w:r>
        <w:t xml:space="preserve">Fundació Privada Mas Xirgu, con NIF G55121909, adjudicataria del contrato «Servei de neteja de les dues llars d'infants del municipi de Llagostera. El contracte té la condició de reservat, amb la finalitat de promoure actuacions de integració de persones amb discapacitat o risc d'exclusió social a través de la contractació d'un centre especial de treball o d'una empresa de inserció, d'acord amb la disposició addicional quarta de la Llei 9/2017, de 8 de novembre, de contractes del sector públic (LCSP).», expediente 2025/2145, adjudicado el …… por 100.455,11 €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16/12/2025 a 16/12/2027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Consell Comarcal del Pla de l'Estany</w:t>
      </w:r>
    </w:p>
    <w:p>
      <w:r>
        <w:t>Fundació Privada Mas Xirgu, con NIF G55121909, adjudicataria del contrato «Aquest contracte té per objecte la provisió, elaboració i preparació d’àpats a les instal·lacions de l’empresa contractista i el posterior transport a les instal·lacions del Centre El Puig i la prestació del servei de menjador escolar de l’escola Carles de Fortuny d’Esponellà.</w:t>
        <w:br/>
        <w:t xml:space="preserve">Veure el detall en el punt 1 del Quadre de característiques del contracte del PCAP que regeix la licitació.», lote 1, expediente X2025002327, adjudicado el …… por 135.630,00 €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01/09/2025 a 01/09/2027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Riudellots de la Selva</w:t>
      </w:r>
    </w:p>
    <w:p>
      <w:r>
        <w:t xml:space="preserve">Fundació Privada Mas Xirgu, con NIF G55121909, adjudicataria del contrato «Serveis de conservació, neteja i manteniment dels espais verds (parcs, zones verdes, parcel·les propietat de l'Ajuntament de Riudellots de la Selva, carrils bici, ...) i arbrat viari del municipi de Riudellots de la Selva.», expediente X2025000504, adjudicado el …… por 121.298,19 €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18/09/2025 a 18/09/2026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Girona</w:t>
      </w:r>
    </w:p>
    <w:p>
      <w:r>
        <w:t xml:space="preserve">Fundació Privada Mas Xirgu, con NIF G55121909, adjudicataria del contrato «Serveis de manteniment, neteja i treballs de jardineria del Parc de la Devesa del municipi de Girona, així com promoure la inserció sociolaboral de persones amb discapacitat. </w:t>
        <w:br/>
        <w:br/>
        <w:t xml:space="preserve">Amb la voluntat de promoure la inserció sociolaboral de persones amb discapacitat, la Contractació del Lot 2 de tasques de manteniment de jardineria ha estat reservada a favor de Centres Especials de Treball, també en base al disposat al Protocol per la Contractació Responsable de l’Ajuntament de Girona aprovat, que inclou dins els contractes susceptibles de reserva (article 9), entre altres, els de serveis de conservació i manteniment o els de neteja, recollida i transport de residus. </w:t>
        <w:br/>
        <w:br/>
        <w:t xml:space="preserve">Veure apartat 1 "Definició de l’objecte del contracte" de l'Annex I del PCAP.», lote 2, expediente 2025017030, adjudicado el …… por 294.439,34 €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31/10/2025 a 31/10/2027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Sant Andreu Salou</w:t>
      </w:r>
    </w:p>
    <w:p>
      <w:r>
        <w:t>Fundació Privada Mas Xirgu, con NIF G55121909, adjudicataria del contrato «L’objecte del següent contracte la contractació dels treballs de manteniment de jardineria, dels parcs, jardins i arbrat viari de diverses zones del municipi i del cementiri de Sant Andreu Salou així com neteja de la brutícia que s’acumuli als parcs i altres zones amb vegetació.</w:t>
        <w:br/>
        <w:t xml:space="preserve">És objecte d’aquest contracte l’ocupació de persones amb discapacitat amb especials dificultats d’inclusió laboral, mitjançant la contractació de la conservació, manteniment i neteja de parcs i zones enjardinades, és per això que amb l’objectiu de promoure la integració social de determinats col·lectius amb risc d’exclusió social, concretament les persones amb discapacitat/s, es reserva la contractació d’entitats que tinguin la condició de Centres Especials de treball sense ànim de lucre , d’acord amb el previst a la DA 4ª de la Llei de Contractes del Sector Públic i la Directiva 2014/24/CE del Parlament Europeu. Únicament seran admesos els licitadors que acreditin aquesta condició, de manera que no podrà prese», expediente X2025000035, adjudicado el …… por 6.570,17 €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02/07/2025 a 02/07/2027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Consell Comarcal del Gironès</w:t>
      </w:r>
    </w:p>
    <w:p>
      <w:r>
        <w:t>Fundació Privada Mas Xirgu, con NIF G55121909, adjudicataria del contrato «L’objecte del contracte és la contractació per lots, dos d’ells amb reserva social, del servei de neteja de diferents edificis i dependències del Consell Comarcal del Gironès.</w:t>
        <w:br/>
        <w:br/>
        <w:t>El contracte es divideix en els lots següents:</w:t>
        <w:br/>
        <w:br/>
        <w:t>LOT 1</w:t>
        <w:br/>
        <w:t xml:space="preserve">EDIFICI DE LA SEU DEL CONSELL COMARCAL DEL GIRONÈS </w:t>
        <w:br/>
        <w:t>(inclou els mòduls del Consorci de Benestar Social Salt-Gironès annex a la seu del Consell)</w:t>
        <w:br/>
        <w:t>Carrer Riera de mus, 1A-17003 GIRONA</w:t>
        <w:br/>
        <w:br/>
        <w:br/>
        <w:t>LOT 2</w:t>
        <w:br/>
        <w:t>EDIFICI SARRIÀ 221</w:t>
        <w:br/>
        <w:t>Avinguda de França núm. 221-17840 SARRIÀ DE TER</w:t>
        <w:br/>
        <w:br/>
        <w:br/>
        <w:t>LOT 3</w:t>
        <w:br/>
        <w:t>EDIFICI DELS BANYS ARABS</w:t>
        <w:br/>
        <w:t>Carrer Ferran el Catòlic, s/n-17001 GIRONA</w:t>
        <w:br/>
        <w:br/>
        <w:t xml:space="preserve">Els licitadors podran presentar la seva oferta als lots que considerin.», lote 3, expediente 2025/11/1403, adjudicado el …… por 14.168,96 €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31/12/2025 a 31/12/2027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Cornellà del Terri</w:t>
      </w:r>
    </w:p>
    <w:p>
      <w:r>
        <w:t xml:space="preserve">Fundació Privada Mas Xirgu, con NIF G55121909, adjudicataria del contrato «L’objecte del contracte és la prestació dels serveis consistents en la neteja dels diferents edificis, locals i dependències municipals de l’Ajuntament de Cornellà del Terri. La prestació dels servei inclou, els serveis ordinaris o generals, que són els programats, i els serveis extraordinaris, que són els treballs fora de programa, els quals estan vinculats a festes ciutadanes o culturals, o especials com ara neteges d’obra, neteges per a actes no habituals, o altres per circumstàncies imprevistes.», expediente X2025000260, adjudicado el …… por 197.089,28 €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27/08/2025 a 27/08/2027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Sumar, serveis públics d''acció social de Catalunya, MP, SL</w:t>
      </w:r>
    </w:p>
    <w:p>
      <w:r>
        <w:t xml:space="preserve">Fundació Privada Mas Xirgu, con NIF G55121909, adjudicataria del contrato «L’objecte d’aquest contracte és la prestació del servei d’àpats pels centres de serveis d’àmbit rural de Porqueres, Camallera, Agullana, Portbou, La Granadella i Maçanet de la Selva, gestionats per SUMAR, Serveis Públics d’Acció Social de Catalunya MP, SL, en endavant SUMAR, mitjançant procediment obert amb varis criteris d’adjudicació.», lote 1, expediente 75/2025, adjudicado el …… por 179.791,92 €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27/05/2025 a 27/05/2026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Consorci de les Vies Verdes de Girona</w:t>
      </w:r>
    </w:p>
    <w:p>
      <w:r>
        <w:t>Fundació Privada Mas Xirgu, con NIF G55121909, adjudicataria del contrato «El Consorci de Les Vies Verdes de Girona és una entitat pública adscrita a la Diputació de Girona, essent el seu objecte la gestió de les diferents rutes que integren les vies verdes de Girona, així com el manteniment i la millora de la infraestructura, la promoció del seu ús i l'ampliació de la xarxa.El Consorci de les Vies Verdes de Girona té la necessitat de contractar el servei de manteniment de les rutes que s'indiquen a continuació i que es distribuiran en els següents lots:</w:t>
        <w:br/>
        <w:br/>
        <w:t>- Lot 1 Ruta del Carrilet I / Olot - Girona (59,5 km)</w:t>
        <w:br/>
        <w:t>- Lot 2 Ruta del Carrilet II / Girona - Sant Feliu de Guíxols (48,5 km)</w:t>
        <w:br/>
        <w:t>- Lot 3 Ruta Termal / Cassà de la Selva - Caldes de Malavella - PGA 14 (km)</w:t>
        <w:br/>
        <w:t>- Lot 4 Camí de la Muga / Sant Llorenç de la Muga - Castelló d'Empúries - Empuriabrava (41 km)</w:t>
        <w:br/>
        <w:t>- Lot 5 Pirinexus Ripollès /Sant Joan de les Abadesses – Camprodon i Llanars-Vilallonga de Ter(17,1 km)</w:t>
        <w:br/>
        <w:t>- Lot 6 Pirinexus Empordà / Palafrugell - La Jonquera (95 km)</w:t>
        <w:br/>
        <w:t xml:space="preserve">- Lot 7 Ruta de les Masies / Fornells de la Selva », lote 3, expediente 2024/89, adjudicado el …… por 18.351,00 €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13/06/2025 a 13/06/2027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Departament d'Educació i Formació Professional</w:t>
      </w:r>
    </w:p>
    <w:p>
      <w:r>
        <w:t xml:space="preserve">Fundació Privada Mas Xirgu, con NIF G55121909, adjudicataria del contrato «Servei de neteja  de l'institut Sarrià de Ter de Sarrià de Ter», expediente 17010682/2/2024, adjudicado el …… por 32.751,67 €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15/01/2025 a 31/12/2025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Consell Comarcal del Pla de l'Estany</w:t>
      </w:r>
    </w:p>
    <w:p>
      <w:r>
        <w:t xml:space="preserve">Fundació Privada Mas Xirgu, con NIF G55121909, adjudicataria del contrato «Aquest contracte té per objecte la prestació dels serveis de neteja de vidres en alçada de la biblioteca comarcal del Pla de l’Estany», expediente X2024003934, adjudicado el …… por 2.932,80 €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23/12/2024 a 23/12/2026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Girona</w:t>
      </w:r>
    </w:p>
    <w:p>
      <w:r>
        <w:t xml:space="preserve">Fundació Privada Mas Xirgu, con NIF G55121909, adjudicataria del contrato «L’objecte del contracte és el servei de càtering per als actes de participació, de difusió i reunions de treball del GiroNat: trobades entre els socis i/o amb els representants de la Fundación Biodiversidad, per les trobades amb altres entitats del territori, amb objectius afins, interessades en projecte, o susceptibles de participar‐hi i per a les accions de participació i difusió organitzades dins el projecte GiroNat, adreçades a entitats, professionals, empreses... i ciutadania en general. Tots els serveis de càtering, objecte del contracte, són per a l'efectiva execució d'un projecte Next‐Generation i la seva durada està limitada al termini d'execució del projecte: el GiroNat (Gir cap a la renaturalització per a una Girona més resilient i saludable, subvencionat per la Fundación Biodiversidad FSP amb fons NextGenerationEU de la Unió Europea), que finalitza el 30 de desembre de 2025.», expediente 2024021027, adjudicado el …… por 5.280,00 €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19/08/2024 a 30/12/2025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Girona</w:t>
      </w:r>
    </w:p>
    <w:p>
      <w:r>
        <w:t>Fundació Privada Mas Xirgu, con NIF G55121909, adjudicataria del contrato «El contracte té per objecte la prestació del servei de neteja dels equipaments de brigades,</w:t>
        <w:br/>
        <w:t>magatzems, dipòsits i lavabos públics municipals i el subministrament dels consumibles</w:t>
        <w:br/>
        <w:t>associats a l’objecte del contracte: sabó rentamans, paper higiènic, paper eixugamans i la</w:t>
        <w:br/>
        <w:t>instal∙lació i subministraments dels dispensadors d’aquests consumibles, així com també</w:t>
        <w:br/>
        <w:t xml:space="preserve">contenidors higiènics femenins i de xeringues.», lote 1, expediente 2024006303, adjudicado el …… por 66.503,40 €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16/10/2024 a 31/10/2026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Girona</w:t>
      </w:r>
    </w:p>
    <w:p>
      <w:r>
        <w:t xml:space="preserve">Fundació Privada Mas Xirgu, con NIF G55121909, adjudicataria del contrato «El servei de gestió i control d’arbres i flora exòtica invasora que es localitzen a l’àmbit de les Hortes de Santa Eugènia per desenvolupar l’acció 3 de l’actuació 1 “Millora de la zona de les Hortes de Santa Eugènia” de l’eix 1 “Transició verda i sostenible” del Pla de Sostenibilitat turística en destinació de l’Ajuntament de Girona - Exp. SED091/22/000001- anomenat “Menja’t Girona”, en el marc de l’estratègia de sostenibilitat turística en destinacions dins del Pla de Recuperació, Transformació i Resiliència. Així, es pretén minimitzar l’impacte negatiu que confereixen la FEI en els hàbitats naturals i hortícoles, en espais», expediente 2024010959, adjudicado el …… por 6.889,40 €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15/05/2024 a 15/05/2025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Agència Catalana de la Joventut</w:t>
      </w:r>
    </w:p>
    <w:p>
      <w:r>
        <w:t xml:space="preserve">Fundació Privada Mas Xirgu, con NIF G55121909, adjudicataria del contrato «Servei de bugaderia als albergs de la XANASCAT.», lote 1, expediente ACJ-2024-19, adjudicado el …… por 26.855,34 €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02/07/2024 a 31/12/2025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Salt</w:t>
      </w:r>
    </w:p>
    <w:p>
      <w:r>
        <w:t xml:space="preserve">Fundació Privada Mas Xirgu, con NIF G55121909, adjudicataria del contrato «Contractació del servei de neteja i manteniment dels espais públics amb paviment tou amb mitjans manuals i que inclou la retirada de papers,plàstics, llaunes, fulles o qualsevol altre residu.», expediente 2023F035000005_2, adjudicado el …… por 79.679,79 €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31/05/2024 a 31/05/2025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Universitat de Girona</w:t>
      </w:r>
    </w:p>
    <w:p>
      <w:r>
        <w:t xml:space="preserve">Fundació Privada Mas Xirgu, con NIF G55121909, adjudicataria del contrato «Prestació del servei de manteniment de la jardineria i de les zones exteriors dels Campus Barri Vell, Centre i Montilivi, de la Universitat de Girona, amb una empresa qualificada com a Centre Especial de Treball.», expediente UdG-2023-0042, adjudicado el …… por 163.568,43 €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31/07/2024 a 31/07/2026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Girona</w:t>
      </w:r>
    </w:p>
    <w:p>
      <w:r>
        <w:t xml:space="preserve">Fundació Privada Mas Xirgu, con NIF G55121909, adjudicataria del contrato «Servei de càtering d’alimentació per a joves sense llar i estan en situació d’extrema vulnerabilitat.», expediente 2023033917, adjudicado el …… por 48.164,76 €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18/01/2024 a 18/01/2026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Departament de Justícia, Drets i Memòria</w:t>
      </w:r>
    </w:p>
    <w:p>
      <w:r>
        <w:t xml:space="preserve">Fundació Privada Mas Xirgu, con NIF G55121909, adjudicataria del contrato «Serveis de bugaderia Divisions IMLCFC i Gerència BCN Ciutat i l'Hospitalet de Llobregat», lote 1, expediente JU-2024-14, adjudicado el …… por 10.394,46 €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30/04/2024 a 31/12/2026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Girona</w:t>
      </w:r>
    </w:p>
    <w:p>
      <w:r>
        <w:t>Fundació Privada Mas Xirgu, con NIF G55121909, adjudicataria del contrato «L'objecte del contracte és la prestació dels serveis auxiliars d’assentament del mercat municipal ambulant de Can Gibert del Pla, així com la inserció de col·lectius amb risc d’exclusió social.</w:t>
        <w:br/>
        <w:t xml:space="preserve">Les prestacions a desenvolupar es relacionen en el Plec de Prescripcions Tècniques (en endavant PPT) i consisteixen en: </w:t>
        <w:br/>
        <w:t xml:space="preserve">- El muntatge i desmuntatge dels mòduls que s’utilitzen com a parades del mercat. </w:t>
        <w:br/>
        <w:t xml:space="preserve">- La custòdia i emmagatzematge dels mòduls (parades) i el seu transport fins el lloc on s’ubica el mercat i viceversa. </w:t>
        <w:br/>
        <w:t xml:space="preserve">- La neteja de l’espai destinat al mercat un cop finalitzat aquest i acabat el desmuntatge de les parades», expediente 2023036748, adjudicado el …… por 32.362,04 €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14/02/2024 a 14/02/2025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Girona</w:t>
      </w:r>
    </w:p>
    <w:p>
      <w:r>
        <w:t xml:space="preserve">Fundació Privada Mas Xirgu, con NIF G55121909, adjudicataria del contrato «L’objecte d’aquest contracte és la prestació del servei de repartiment d’àpats a domicili per a persones majors de 64 anys i persones dependents de Girona i del servei de menjador per a la gent gran a la ciutat de Girona. El detall de les prestacions i de les tasques que caldrà realitzar es detallen», expediente 2023020107, adjudicado el …… por 167.742,00 €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07/11/2023 a 06/11/2024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Consorci de les Vies Verdes de Girona</w:t>
      </w:r>
    </w:p>
    <w:p>
      <w:r>
        <w:t>Fundació Privada Mas Xirgu, con NIF G55121909, adjudicataria del contrato «L'objecte del contracte són les actuacions de manteniment a realitzar pel Consorci de les Vies Verdes de Girona en les rutes que tot seguit es detallen:</w:t>
        <w:br/>
        <w:t>Lot 1: Via verda de les Masies. Recorregut: Aiguaviva - aeroport de Girona (16 km)</w:t>
        <w:br/>
        <w:t>Lot 2: Ruta del Pla del Gironès Sud. Recorregut: Cassà de la Selva - Llambilles - Fornells de la Selva (41,20 km)</w:t>
        <w:br/>
        <w:t>Lot 3: Ruta Pirinexus Litoral. Recorregut: Figueres - Vilajuïga (45 km)</w:t>
        <w:br/>
        <w:t xml:space="preserve">Lot 4: Via verda de Breda i Riells i Viabrea. Recorregut: Enllaç interurbà Riells - Viabrea (2,5 km)», lote 2, expediente 2022/156, adjudicado el …… por 101.740,71 €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02/05/2024 a 02/05/2026</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