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PIA AUTÒNOMA AGRUPACIÓ CULTURAL I SOCIAL, ACIS</w:t>
      </w:r>
    </w:p>
    <w:p>
      <w:r>
        <w:t>NIF R5800396C.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Unitats d'escolarització Compartida UEC 2025_27</w:t>
              <w:br/>
              <w:t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 (lote 15) · exp. CEB-2025-222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334.438,15 €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 UEC 2025_27</w:t>
              <w:br/>
              <w:t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 (lote 5) · exp. CEB-2025-222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225.625,43 €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Compartida. UEC</w:t>
              <w:br/>
              <w:t>L'objecte d'aquest concurs és la contractació del servei per a la realització d'activitats complementàries específiques de l'Educació Secundària obligatòria adreçades a l'alumnat amb necessitats educatives específiques derivades de la inadaptació al medi esco (lote 15) · exp. CEB-2023-399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136.418,13 €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Compartida. UEC</w:t>
              <w:br/>
              <w:t>L'objecte d'aquest concurs és la contractació del servei per a la realització d'activitats complementàries específiques de l'Educació Secundària obligatòria adreçades a l'alumnat amb necessitats educatives específiques derivades de la inadaptació al medi esco (lote 5) · exp. CEB-2023-399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136.418,13 €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832.899,84 €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PIA AUTÒNOMA AGRUPACIÓ CULTURAL I SOCIAL, ACIS, con NIF R5800396C, adjudicataria del contrato «Unitats d'escolarització Compartida UEC 2025_27</w:t>
        <w:br/>
        <w:t xml:space="preserve"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(UEC).», lote 15, expediente CEB-2025-222, adjudicado el …… por 334.438,15 €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PIA AUTÒNOMA AGRUPACIÓ CULTURAL I SOCIAL, ACIS, con NIF R5800396C, adjudicataria del contrato «Unitats d'escolarització Compartida UEC 2025_27</w:t>
        <w:br/>
        <w:t xml:space="preserve"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(UEC).», lote 5, expediente CEB-2025-222, adjudicado el …… por 225.625,43 €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PIA AUTÒNOMA AGRUPACIÓ CULTURAL I SOCIAL, ACIS, con NIF R5800396C, adjudicataria del contrato «Unitats d'Escolarització Compartida. UEC</w:t>
        <w:br/>
        <w:t xml:space="preserve">L'objecte d'aquest concurs és la contractació del servei per a la realització d'activitats complementàries específiques de l'Educació Secundària obligatòria adreçades a l'alumnat amb necessitats educatives específiques derivades de la inadaptació al medi esco», lote 15, expediente CEB-2023-399, adjudicado el …… por 136.418,13 €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PIA AUTÒNOMA AGRUPACIÓ CULTURAL I SOCIAL, ACIS, con NIF R5800396C, adjudicataria del contrato «Unitats d'Escolarització Compartida. UEC</w:t>
        <w:br/>
        <w:t xml:space="preserve">L'objecte d'aquest concurs és la contractació del servei per a la realització d'activitats complementàries específiques de l'Educació Secundària obligatòria adreçades a l'alumnat amb necessitats educatives específiques derivades de la inadaptació al medi esco», lote 5, expediente CEB-2023-399, adjudicado el …… por 136.418,13 €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