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FUNDACIÓ MAIN</w:t>
      </w:r>
    </w:p>
    <w:p>
      <w:r>
        <w:t>NIF G62356159.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Unitats d'escolarització Compartida UEC 2025_27</w:t>
              <w:br/>
              <w:t>Descripció del servei: és la contractació del servei per a la realització d'activitats complementàries específiques de l'Educació Secundària obligatòria adreçades a l'alumnat amb necessitats educatives específiques derivades de la inadaptació al medi escolar en Unitats d'Escolarització Compartida (UEC). (lote 3) · exp. CEB-2025-222</w:t>
            </w:r>
          </w:p>
        </w:tc>
        <w:tc>
          <w:tcPr>
            <w:tcW w:type="dxa" w:w="1440"/>
          </w:tcPr>
          <w:p>
            <w:r>
              <w:t>Consorci d'Educació de Barcelona</w:t>
            </w:r>
          </w:p>
        </w:tc>
        <w:tc>
          <w:tcPr>
            <w:tcW w:type="dxa" w:w="1440"/>
          </w:tcPr>
          <w:p>
            <w:r>
              <w:t>226.057,78 €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16/10/2025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Unitats d'escolarització Compartida UEC 2025_27</w:t>
              <w:br/>
              <w:t>Descripció del servei: és la contractació del servei per a la realització d'activitats complementàries específiques de l'Educació Secundària obligatòria adreçades a l'alumnat amb necessitats educatives específiques derivades de la inadaptació al medi escolar en Unitats d'Escolarització Compartida (UEC). (lote 4) · exp. CEB-2025-222</w:t>
            </w:r>
          </w:p>
        </w:tc>
        <w:tc>
          <w:tcPr>
            <w:tcW w:type="dxa" w:w="1440"/>
          </w:tcPr>
          <w:p>
            <w:r>
              <w:t>Consorci d'Educació de Barcelona</w:t>
            </w:r>
          </w:p>
        </w:tc>
        <w:tc>
          <w:tcPr>
            <w:tcW w:type="dxa" w:w="1440"/>
          </w:tcPr>
          <w:p>
            <w:r>
              <w:t>226.057,78 €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16/10/2025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Es tracta d''un projecte socioeducatiu anomenat EDINS que incorpora la figura d'' educador/a social de manera permanent a l''educació secundària com a figura complementària a l''equip docent, per tal de fer l''abordatge multidisciplinar i a curt termini de casos d''adolescents que tinguin problemes per assolir l''èxit escolar. · exp. 1420/2023</w:t>
            </w:r>
          </w:p>
        </w:tc>
        <w:tc>
          <w:tcPr>
            <w:tcW w:type="dxa" w:w="1440"/>
          </w:tcPr>
          <w:p>
            <w:r>
              <w:t>Ajuntament de Caldes de Montbui</w:t>
            </w:r>
          </w:p>
        </w:tc>
        <w:tc>
          <w:tcPr>
            <w:tcW w:type="dxa" w:w="1440"/>
          </w:tcPr>
          <w:p>
            <w:r>
              <w:t>122.080,00 €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07/04/2025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Unitats d'Escolarització Compartida. UEC</w:t>
              <w:br/>
              <w:t>L'objecte d'aquest concurs és la contractació del servei per a la realització d'activitats complementàries específiques de l'Educació Secundària obligatòria adreçades a l'alumnat amb necessitats educatives específiques derivades de la inadaptació al medi esco (lote 3) · exp. CEB-2023-399</w:t>
            </w:r>
          </w:p>
        </w:tc>
        <w:tc>
          <w:tcPr>
            <w:tcW w:type="dxa" w:w="1440"/>
          </w:tcPr>
          <w:p>
            <w:r>
              <w:t>Consorci d'Educació de Barcelona</w:t>
            </w:r>
          </w:p>
        </w:tc>
        <w:tc>
          <w:tcPr>
            <w:tcW w:type="dxa" w:w="1440"/>
          </w:tcPr>
          <w:p>
            <w:r>
              <w:t>92.389,47 €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15/09/2023 – 31/08/2024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Unitats d'Escolarització Compartida. UEC</w:t>
              <w:br/>
              <w:t>L'objecte d'aquest concurs és la contractació del servei per a la realització d'activitats complementàries específiques de l'Educació Secundària obligatòria adreçades a l'alumnat amb necessitats educatives específiques derivades de la inadaptació al medi esco (lote 4) · exp. CEB-2023-399</w:t>
            </w:r>
          </w:p>
        </w:tc>
        <w:tc>
          <w:tcPr>
            <w:tcW w:type="dxa" w:w="1440"/>
          </w:tcPr>
          <w:p>
            <w:r>
              <w:t>Consorci d'Educació de Barcelona</w:t>
            </w:r>
          </w:p>
        </w:tc>
        <w:tc>
          <w:tcPr>
            <w:tcW w:type="dxa" w:w="1440"/>
          </w:tcPr>
          <w:p>
            <w:r>
              <w:t>92.389,47 €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15/09/2023 – 31/08/2024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758.974,50 € sin IVA, en 5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Consorci d'Educació de Barcelona</w:t>
      </w:r>
    </w:p>
    <w:p>
      <w:r>
        <w:t>FUNDACIÓ MAIN, con NIF G62356159, adjudicataria del contrato «Unitats d'escolarització Compartida UEC 2025_27</w:t>
        <w:br/>
        <w:t xml:space="preserve">Descripció del servei: és la contractació del servei per a la realització d'activitats complementàries específiques de l'Educació Secundària obligatòria adreçades a l'alumnat amb necessitats educatives específiques derivades de la inadaptació al medi escolar en Unitats d'Escolarització Compartida (UEC).», lote 3, expediente CEB-2025-222, adjudicado el …… por 226.057,78 €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16/10/2025 a 16/10/2027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Consorci d'Educació de Barcelona</w:t>
      </w:r>
    </w:p>
    <w:p>
      <w:r>
        <w:t>FUNDACIÓ MAIN, con NIF G62356159, adjudicataria del contrato «Unitats d'escolarització Compartida UEC 2025_27</w:t>
        <w:br/>
        <w:t xml:space="preserve">Descripció del servei: és la contractació del servei per a la realització d'activitats complementàries específiques de l'Educació Secundària obligatòria adreçades a l'alumnat amb necessitats educatives específiques derivades de la inadaptació al medi escolar en Unitats d'Escolarització Compartida (UEC).», lote 4, expediente CEB-2025-222, adjudicado el …… por 226.057,78 €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16/10/2025 a 16/10/2027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Caldes de Montbui</w:t>
      </w:r>
    </w:p>
    <w:p>
      <w:r>
        <w:t xml:space="preserve">FUNDACIÓ MAIN, con NIF G62356159, adjudicataria del contrato «Es tracta d''un projecte socioeducatiu anomenat EDINS que incorpora la figura d'' educador/a social de manera permanent a l''educació secundària com a figura complementària a l''equip docent, per tal de fer l''abordatge multidisciplinar i a curt termini de casos d''adolescents que tinguin problemes per assolir l''èxit escolar.», expediente 1420/2023, adjudicado el …… por 122.080,00 €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07/04/2025 a 07/04/2029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Consorci d'Educació de Barcelona</w:t>
      </w:r>
    </w:p>
    <w:p>
      <w:r>
        <w:t>FUNDACIÓ MAIN, con NIF G62356159, adjudicataria del contrato «Unitats d'Escolarització Compartida. UEC</w:t>
        <w:br/>
        <w:t xml:space="preserve">L'objecte d'aquest concurs és la contractació del servei per a la realització d'activitats complementàries específiques de l'Educació Secundària obligatòria adreçades a l'alumnat amb necessitats educatives específiques derivades de la inadaptació al medi esco», lote 3, expediente CEB-2023-399, adjudicado el …… por 92.389,47 €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15/09/2023 a 31/08/2024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Consorci d'Educació de Barcelona</w:t>
      </w:r>
    </w:p>
    <w:p>
      <w:r>
        <w:t>FUNDACIÓ MAIN, con NIF G62356159, adjudicataria del contrato «Unitats d'Escolarització Compartida. UEC</w:t>
        <w:br/>
        <w:t xml:space="preserve">L'objecte d'aquest concurs és la contractació del servei per a la realització d'activitats complementàries específiques de l'Educació Secundària obligatòria adreçades a l'alumnat amb necessitats educatives específiques derivades de la inadaptació al medi esco», lote 4, expediente CEB-2023-399, adjudicado el …… por 92.389,47 €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15/09/2023 a 31/08/2024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