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JOVIAT</w:t>
      </w:r>
    </w:p>
    <w:p>
      <w:r>
        <w:t>NIF G60374022.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Impartir el curs de simulació en mobilització de pacients. · exp. CON.EXP2026000018</w:t>
            </w:r>
          </w:p>
        </w:tc>
        <w:tc>
          <w:tcPr>
            <w:tcW w:type="dxa" w:w="1440"/>
          </w:tcPr>
          <w:p>
            <w:r>
              <w:t>Ajuntament de Manresa</w:t>
            </w:r>
          </w:p>
        </w:tc>
        <w:tc>
          <w:tcPr>
            <w:tcW w:type="dxa" w:w="1440"/>
          </w:tcPr>
          <w:p>
            <w:r>
              <w:t>4.800,00 €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03/03/2026 – 24/04/2026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present acord marc, promogut pel Servei de Desenvolupament de l’Ajuntament de Manresa, té per objecte la selecció de persones expertes i empreses consultores per tal que puguin licitar en les contractacions posteriors que d’aquest es derivin i que consistiran en:</w:t>
              <w:br/>
              <w:br/>
              <w:t>- La selecció d’activitats a ser implementades al Servei de Desenvolupament de l’Ajuntament de Manresa, i especialment, al Servei Local d’Ocupació i al Centre Local de Suport a l’Empresa</w:t>
              <w:br/>
              <w:br/>
              <w:t>- La selecció de formadors o col·laboradors externs amb expertesa (lote 1) · exp. CON.EXP 2024000026</w:t>
            </w:r>
          </w:p>
        </w:tc>
        <w:tc>
          <w:tcPr>
            <w:tcW w:type="dxa" w:w="1440"/>
          </w:tcPr>
          <w:p>
            <w:r>
              <w:t>Ajuntament de Manresa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present acord marc, promogut pel Servei de Desenvolupament de l’Ajuntament de Manresa, té per objecte la selecció de persones expertes i empreses consultores per tal que puguin licitar en les contractacions posteriors que d’aquest es derivin i que consistiran en:</w:t>
              <w:br/>
              <w:br/>
              <w:t>- La selecció d’activitats a ser implementades al Servei de Desenvolupament de l’Ajuntament de Manresa, i especialment, al Servei Local d’Ocupació i al Centre Local de Suport a l’Empresa</w:t>
              <w:br/>
              <w:br/>
              <w:t>- La selecció de formadors o col·laboradors externs amb expertesa (lote 5) · exp. CON.EXP 2024000026</w:t>
            </w:r>
          </w:p>
        </w:tc>
        <w:tc>
          <w:tcPr>
            <w:tcW w:type="dxa" w:w="1440"/>
          </w:tcPr>
          <w:p>
            <w:r>
              <w:t>Ajuntament de Manresa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13/05/2025 – 13/05/2026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present acord marc, promogut pel Servei de Desenvolupament de l’Ajuntament de Manresa, té per objecte la selecció de persones expertes i empreses consultores per tal que puguin licitar en les contractacions posteriors que d’aquest es derivin i que consistiran en:</w:t>
              <w:br/>
              <w:br/>
              <w:t>- La selecció d’activitats a ser implementades al Servei de Desenvolupament de l’Ajuntament de Manresa, i especialment, al Servei Local d’Ocupació i al Centre Local de Suport a l’Empresa</w:t>
              <w:br/>
              <w:br/>
              <w:t>- La selecció de formadors o col·laboradors externs amb expertesa (lote 6) · exp. CON.EXP 2024000026</w:t>
            </w:r>
          </w:p>
        </w:tc>
        <w:tc>
          <w:tcPr>
            <w:tcW w:type="dxa" w:w="1440"/>
          </w:tcPr>
          <w:p>
            <w:r>
              <w:t>Ajuntament de Manresa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22/07/2025 – 22/07/2026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4.800,00 €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Manresa</w:t>
      </w:r>
    </w:p>
    <w:p>
      <w:r>
        <w:t xml:space="preserve">FUNDACIÓ JOVIAT, con NIF G60374022, adjudicataria del contrato «Impartir el curs de simulació en mobilització de pacients.», expediente CON.EXP2026000018, adjudicado el …… por 4.800,00 €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03/03/2026 a 24/04/2026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Manresa</w:t>
      </w:r>
    </w:p>
    <w:p>
      <w:r>
        <w:t>FUNDACIÓ JOVIAT, con NIF G60374022, adjudicataria del contrato «El present acord marc, promogut pel Servei de Desenvolupament de l’Ajuntament de Manresa, té per objecte la selecció de persones expertes i empreses consultores per tal que puguin licitar en les contractacions posteriors que d’aquest es derivin i que consistiran en:</w:t>
        <w:br/>
        <w:br/>
        <w:t>- La selecció d’activitats a ser implementades al Servei de Desenvolupament de l’Ajuntament de Manresa, i especialment, al Servei Local d’Ocupació i al Centre Local de Suport a l’Empresa</w:t>
        <w:br/>
        <w:br/>
        <w:t xml:space="preserve">- La selecció de formadors o col·laboradors externs amb expertesa», lote 1, expediente CON.EXP 2024000026,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31/03/2026 a 31/03/2027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Manresa</w:t>
      </w:r>
    </w:p>
    <w:p>
      <w:r>
        <w:t>FUNDACIÓ JOVIAT, con NIF G60374022, adjudicataria del contrato «El present acord marc, promogut pel Servei de Desenvolupament de l’Ajuntament de Manresa, té per objecte la selecció de persones expertes i empreses consultores per tal que puguin licitar en les contractacions posteriors que d’aquest es derivin i que consistiran en:</w:t>
        <w:br/>
        <w:br/>
        <w:t>- La selecció d’activitats a ser implementades al Servei de Desenvolupament de l’Ajuntament de Manresa, i especialment, al Servei Local d’Ocupació i al Centre Local de Suport a l’Empresa</w:t>
        <w:br/>
        <w:br/>
        <w:t xml:space="preserve">- La selecció de formadors o col·laboradors externs amb expertesa», lote 5, expediente CON.EXP 2024000026,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13/05/2025 a 13/05/2026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Manresa</w:t>
      </w:r>
    </w:p>
    <w:p>
      <w:r>
        <w:t>FUNDACIÓ JOVIAT, con NIF G60374022, adjudicataria del contrato «El present acord marc, promogut pel Servei de Desenvolupament de l’Ajuntament de Manresa, té per objecte la selecció de persones expertes i empreses consultores per tal que puguin licitar en les contractacions posteriors que d’aquest es derivin i que consistiran en:</w:t>
        <w:br/>
        <w:br/>
        <w:t>- La selecció d’activitats a ser implementades al Servei de Desenvolupament de l’Ajuntament de Manresa, i especialment, al Servei Local d’Ocupació i al Centre Local de Suport a l’Empresa</w:t>
        <w:br/>
        <w:br/>
        <w:t xml:space="preserve">- La selecció de formadors o col·laboradors externs amb expertesa», lote 6, expediente CON.EXP 2024000026,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22/07/2025 a 22/07/2026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