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FULL DENTAL SL</w:t>
      </w:r>
    </w:p>
    <w:p>
      <w:r>
        <w:t>NIF B92946664.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