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FULL DENTAL SL</w:t>
      </w:r>
    </w:p>
    <w:p>
      <w:r>
        <w:t>NIF B92946664.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0000965/2025 acuerdo marco con una única empresa por el que se fijan las condiciones para el suministro de equipamiento electromédico con destino al distrito de primaria granada-metropolitano y área de gestión sanitaria sur, centros vinculados de la central provincial de compras de granada, mediante (lote 13) · exp. CONTR 2025 0000671969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318,86 €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0000965/2025 acuerdo marco con una única empresa por el que se fijan las condiciones para el suministro de equipamiento electromédico con destino al distrito de primaria granada-metropolitano y área de gestión sanitaria sur, centros vinculados de la central provincial de compras de granada, mediante (lote 17) · exp. CONTR 2025 0000671969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18.746,40 €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0000643/2025 suministro de equipamiento y mobiliario para la dotación de las salas de bucodental de atención primaria (relacionadas en el ppt y documentación anexa) para los centros de salud de la provincia de jaén. (lote 10) · exp. CONTR 2025 0000505247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35.700,00 €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02/12/2025 – 02/02/2026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0000643/2025 suministro de equipamiento y mobiliario para la dotación de las salas de bucodental de atención primaria (relacionadas en el ppt y documentación anexa) para los centros de salud de la provincia de jaén. (lote 13) · exp. CONTR 2025 0000505247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20.750,00 €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02/12/2025 – 02/02/2026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0000643/2025 suministro de equipamiento y mobiliario para la dotación de las salas de bucodental de atención primaria (relacionadas en el ppt y documentación anexa) para los centros de salud de la provincia de jaén. (lote 9) · exp. CONTR 2025 0000505247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8.350,00 €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02/12/2025 – 02/02/2026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83.865,26 €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FULL DENTAL SL, con NIF B92946664, adjudicataria del contrato «0000965/2025 acuerdo marco con una única empresa por el que se fijan las condiciones para el suministro de equipamiento electromédico con destino al distrito de primaria granada-metropolitano y área de gestión sanitaria sur, centros vinculados de la central provincial de compras de granada, mediante», lote 13, expediente CONTR 2025 0000671969, adjudicado el …… por 318,86 €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06/07/2026 a 06/07/2027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FULL DENTAL SL, con NIF B92946664, adjudicataria del contrato «0000965/2025 acuerdo marco con una única empresa por el que se fijan las condiciones para el suministro de equipamiento electromédico con destino al distrito de primaria granada-metropolitano y área de gestión sanitaria sur, centros vinculados de la central provincial de compras de granada, mediante», lote 17, expediente CONTR 2025 0000671969, adjudicado el …… por 18.746,40 €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06/07/2026 a 06/07/2027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FULL DENTAL SL, con NIF B92946664, adjudicataria del contrato «0000643/2025 suministro de equipamiento y mobiliario para la dotación de las salas de bucodental de atención primaria (relacionadas en el ppt y documentación anexa) para los centros de salud de la provincia de jaén.», lote 10, expediente CONTR 2025 0000505247, adjudicado el …… por 35.700,00 €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02/12/2025 a 02/02/2026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FULL DENTAL SL, con NIF B92946664, adjudicataria del contrato «0000643/2025 suministro de equipamiento y mobiliario para la dotación de las salas de bucodental de atención primaria (relacionadas en el ppt y documentación anexa) para los centros de salud de la provincia de jaén.», lote 13, expediente CONTR 2025 0000505247, adjudicado el …… por 20.750,00 €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02/12/2025 a 02/02/2026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FULL DENTAL SL, con NIF B92946664, adjudicataria del contrato «0000643/2025 suministro de equipamiento y mobiliario para la dotación de las salas de bucodental de atención primaria (relacionadas en el ppt y documentación anexa) para los centros de salud de la provincia de jaén.», lote 9, expediente CONTR 2025 0000505247, adjudicado el …… por 8.350,00 €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02/12/2025 a 02/02/2026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