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FTL FUNDACIO TEATRE LLIURE</w:t>
      </w:r>
    </w:p>
    <w:p>
      <w:r>
        <w:t>NIF G58658931.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Exhibició de l’espectacle Contra antígona</w:t>
              <w:br/>
              <w:t>L’espectacle es presentarà a la Sala Gran del Teatre Kursaal de Manresa, dins la temporada de setembre a desembre de 2026, amb el següent calendari:</w:t>
              <w:br/>
              <w:br/>
              <w:t>•</w:t>
              <w:tab/>
              <w:t>Actuació del dia 12 de desembre de 2026 a les 20:00 hores</w:t>
              <w:br/>
              <w:t>•</w:t>
              <w:tab/>
              <w:t>Actuació del dia 13 de desembre de 2026 a les  · exp. 2026/24</w:t>
            </w:r>
          </w:p>
        </w:tc>
        <w:tc>
          <w:tcPr>
            <w:tcW w:type="dxa" w:w="1440"/>
          </w:tcPr>
          <w:p>
            <w:r>
              <w:t>Manresana d'Equipaments Escènics, SL</w:t>
            </w:r>
          </w:p>
        </w:tc>
        <w:tc>
          <w:tcPr>
            <w:tcW w:type="dxa" w:w="1440"/>
          </w:tcPr>
          <w:p>
            <w:r>
              <w:t>23.800,00 €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exhibición de Los Estunmen · exp. NSP061/2026</w:t>
            </w:r>
          </w:p>
        </w:tc>
        <w:tc>
          <w:tcPr>
            <w:tcW w:type="dxa" w:w="1440"/>
          </w:tcPr>
          <w:p>
            <w:r>
              <w:t>Madrid Cultura y Turismo, S.A.U.</w:t>
            </w:r>
          </w:p>
        </w:tc>
        <w:tc>
          <w:tcPr>
            <w:tcW w:type="dxa" w:w="1440"/>
          </w:tcPr>
          <w:p>
            <w:r>
              <w:t>85.237,87 €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29/06/2026 – 11/07/2026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Coprod i exhib esp "L'Òpera dels tres rals" Grec 2026 · exp. 006_26000159</w:t>
            </w:r>
          </w:p>
        </w:tc>
        <w:tc>
          <w:tcPr>
            <w:tcW w:type="dxa" w:w="1440"/>
          </w:tcPr>
          <w:p>
            <w:r>
              <w:t>Institut de Cultura de Barcelona</w:t>
            </w:r>
          </w:p>
        </w:tc>
        <w:tc>
          <w:tcPr>
            <w:tcW w:type="dxa" w:w="1440"/>
          </w:tcPr>
          <w:p>
            <w:r>
              <w:t>170.000,00 €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279.037,87 €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Manresana d'Equipaments Escènics, SL</w:t>
      </w:r>
    </w:p>
    <w:p>
      <w:r>
        <w:t>FTL FUNDACIO TEATRE LLIURE, con NIF G58658931, adjudicataria del contrato «Exhibició de l’espectacle Contra antígona</w:t>
        <w:br/>
        <w:t>L’espectacle es presentarà a la Sala Gran del Teatre Kursaal de Manresa, dins la temporada de setembre a desembre de 2026, amb el següent calendari:</w:t>
        <w:br/>
        <w:br/>
        <w:t>•</w:t>
        <w:tab/>
        <w:t>Actuació del dia 12 de desembre de 2026 a les 20:00 hores</w:t>
        <w:br/>
        <w:t>•</w:t>
        <w:tab/>
        <w:t xml:space="preserve">Actuació del dia 13 de desembre de 2026 a les », expediente 2026/24, adjudicado el …… por 23.800,00 €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22/10/2026 a 13/12/2026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Madrid Cultura y Turismo, S.A.U.</w:t>
      </w:r>
    </w:p>
    <w:p>
      <w:r>
        <w:t xml:space="preserve">FTL FUNDACIO TEATRE LLIURE, con NIF G58658931, adjudicataria del contrato «Contrato de exhibición de Los Estunmen», expediente NSP061/2026, adjudicado el …… por 85.237,87 €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29/06/2026 a 11/07/2026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de Cultura de Barcelona</w:t>
      </w:r>
    </w:p>
    <w:p>
      <w:r>
        <w:t xml:space="preserve">FTL FUNDACIO TEATRE LLIURE, con NIF G58658931, adjudicataria del contrato «Coprod i exhib esp "L'Òpera dels tres rals" Grec 2026», expediente 006_26000159, adjudicado el …… por 170.000,00 €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22/05/2026 a 31/10/2026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