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FTL FUNDACIO TEATRE LLIURE</w:t>
      </w:r>
    </w:p>
    <w:p>
      <w:r>
        <w:t>NIF G58658931.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