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Frutas y Verduras Cuevas.SL</w:t>
      </w:r>
    </w:p>
    <w:p>
      <w:r>
        <w:t>NIF B90307067.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