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Frutas y Verduras Cuevas.SL</w:t>
      </w:r>
    </w:p>
    <w:p>
      <w:r>
        <w:t>NIF B90307067.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víveres para los Centros Educativos Blanco White y Pino Montano dependientes de la Diputación de Sevilla (2024-2025) (lote 3) · exp. 2024/000018-PCA</w:t>
            </w:r>
          </w:p>
        </w:tc>
        <w:tc>
          <w:tcPr>
            <w:tcW w:type="dxa" w:w="1440"/>
          </w:tcPr>
          <w:p>
            <w:r>
              <w:t>Diputación Provincial de Sevilla · NIF P4100000A</w:t>
            </w:r>
          </w:p>
        </w:tc>
        <w:tc>
          <w:tcPr>
            <w:tcW w:type="dxa" w:w="1440"/>
          </w:tcPr>
          <w:p>
            <w:r>
              <w:t>51.790,37 €</w:t>
            </w:r>
          </w:p>
        </w:tc>
        <w:tc>
          <w:tcPr>
            <w:tcW w:type="dxa" w:w="1440"/>
          </w:tcPr>
          <w:p>
            <w:r>
              <w:t>19/11/2024</w:t>
            </w:r>
          </w:p>
        </w:tc>
        <w:tc>
          <w:tcPr>
            <w:tcW w:type="dxa" w:w="1440"/>
          </w:tcPr>
          <w:p>
            <w:r>
              <w:t>19/12/2024 – 19/12/2025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víveres y productos para la elaboración, conservación e higiene de los alimentos para los distintos centros del Ayuntamiento de Carmona. (lote 5) · exp. EXP 24-173-07</w:t>
            </w:r>
          </w:p>
        </w:tc>
        <w:tc>
          <w:tcPr>
            <w:tcW w:type="dxa" w:w="1440"/>
          </w:tcPr>
          <w:p>
            <w:r>
              <w:t>Ayuntamiento de Carmona · NIF P4102400A</w:t>
            </w:r>
          </w:p>
        </w:tc>
        <w:tc>
          <w:tcPr>
            <w:tcW w:type="dxa" w:w="1440"/>
          </w:tcPr>
          <w:p>
            <w:r>
              <w:t>76.330,46 €</w:t>
            </w:r>
          </w:p>
        </w:tc>
        <w:tc>
          <w:tcPr>
            <w:tcW w:type="dxa" w:w="1440"/>
          </w:tcPr>
          <w:p>
            <w:r>
              <w:t>05/08/2024</w:t>
            </w:r>
          </w:p>
        </w:tc>
        <w:tc>
          <w:tcPr>
            <w:tcW w:type="dxa" w:w="1440"/>
          </w:tcPr>
          <w:p>
            <w:r>
              <w:t>05/09/2024 – 05/09/2026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128.120,83 €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Sevilla (NIF P4100000A)</w:t>
      </w:r>
    </w:p>
    <w:p>
      <w:r>
        <w:t xml:space="preserve">Frutas y Verduras Cuevas.SL, con NIF B90307067, adjudicataria del contrato «Suministro de víveres para los Centros Educativos Blanco White y Pino Montano dependientes de la Diputación de Sevilla (2024-2025)», lote 3, expediente 2024/000018-PCA, adjudicado el 19/11/2024 por 51.790,37 €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19/12/2024 a 19/12/2025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Carmona (NIF P4102400A)</w:t>
      </w:r>
    </w:p>
    <w:p>
      <w:r>
        <w:t xml:space="preserve">Frutas y Verduras Cuevas.SL, con NIF B90307067, adjudicataria del contrato «Suministro de víveres y productos para la elaboración, conservación e higiene de los alimentos para los distintos centros del Ayuntamiento de Carmona.», lote 5, expediente EXP 24-173-07, adjudicado el 05/08/2024 por 76.330,46 €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05/09/2024 a 05/09/2026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