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FOMENTO DE SAN SEBASTIÁN, S.A.</w:t>
      </w:r>
    </w:p>
    <w:p>
      <w:r>
        <w:t>NIF A20001681.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Servicios de patrocinio para organizar el evento “Mercado de Navidad de San Sebastián 2023” por BASQUETOUR, Turismoaren Euskal Agentzia, Agencia Vasca de Turismo, S.A. · exp. B2023014</w:t>
            </w:r>
          </w:p>
        </w:tc>
        <w:tc>
          <w:tcPr>
            <w:tcW w:type="dxa" w:w="1440"/>
          </w:tcPr>
          <w:p>
            <w:r>
              <w:t>Dirección general de BASQUETOUR · NIF A95444501</w:t>
            </w:r>
          </w:p>
        </w:tc>
        <w:tc>
          <w:tcPr>
            <w:tcW w:type="dxa" w:w="1440"/>
          </w:tcPr>
          <w:p>
            <w:r>
              <w:t>70.000,00 €</w:t>
            </w:r>
          </w:p>
        </w:tc>
        <w:tc>
          <w:tcPr>
            <w:tcW w:type="dxa" w:w="1440"/>
          </w:tcPr>
          <w:p>
            <w:r/>
          </w:p>
        </w:tc>
        <w:tc>
          <w:tcPr>
            <w:tcW w:type="dxa" w:w="1440"/>
          </w:tcPr>
          <w:p>
            <w:r>
              <w:t>30/11/2023 – 28/02/2024</w:t>
            </w:r>
          </w:p>
        </w:tc>
        <w:tc>
          <w:tcPr>
            <w:tcW w:type="dxa" w:w="1440"/>
          </w:tcPr>
          <w:p>
            <w:r>
              <w:rPr>
                <w:highlight w:val="yellow"/>
              </w:rPr>
              <w:t>rellenar</w:t>
            </w:r>
          </w:p>
        </w:tc>
      </w:tr>
    </w:tbl>
    <w:p/>
    <w:p>
      <w:r>
        <w:rPr>
          <w:b/>
        </w:rPr>
        <w:t>Importe adjudicado en el periodo: 70.000,00 €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Dirección general de BASQUETOUR (NIF A95444501)</w:t>
      </w:r>
    </w:p>
    <w:p>
      <w:r>
        <w:t xml:space="preserve">FOMENTO DE SAN SEBASTIÁN, S.A., con NIF A20001681, adjudicataria del contrato «Servicios de patrocinio para organizar el evento “Mercado de Navidad de San Sebastián 2023” por BASQUETOUR, Turismoaren Euskal Agentzia, Agencia Vasca de Turismo, S.A.», expediente B2023014, adjudicado el …… por 70.000,00 €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30/11/2023 a 28/02/2024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