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M FERIAS Y EVENTOS ANDALUCES</w:t>
      </w:r>
    </w:p>
    <w:p>
      <w:r>
        <w:t>NIF B5637714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