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FISIOTHERAPIA PUERTOLLANO</w:t>
      </w:r>
    </w:p>
    <w:p>
      <w:r>
        <w:t>NIF B13362439.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